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BB803" w14:textId="77777777" w:rsidR="00F03D2B" w:rsidRPr="00FA4CF3" w:rsidRDefault="00000000">
      <w:pPr>
        <w:spacing w:after="40"/>
        <w:rPr>
          <w:lang w:val="ru-RU"/>
        </w:rPr>
      </w:pPr>
      <w:r w:rsidRPr="00FA4CF3">
        <w:rPr>
          <w:b/>
          <w:color w:val="8B776B"/>
          <w:sz w:val="20"/>
          <w:lang w:val="ru-RU"/>
        </w:rPr>
        <w:t>КАТАЛОГ-ПРАЙС</w:t>
      </w:r>
    </w:p>
    <w:p w14:paraId="495F1D23" w14:textId="77777777" w:rsidR="00F03D2B" w:rsidRPr="00FA4CF3" w:rsidRDefault="00000000">
      <w:pPr>
        <w:pStyle w:val="aa"/>
        <w:spacing w:after="40"/>
        <w:rPr>
          <w:lang w:val="ru-RU"/>
        </w:rPr>
      </w:pPr>
      <w:r w:rsidRPr="00FA4CF3">
        <w:rPr>
          <w:lang w:val="ru-RU"/>
        </w:rPr>
        <w:t>ДПК МЕРБАУ</w:t>
      </w:r>
    </w:p>
    <w:p w14:paraId="60ED9D95" w14:textId="3C077441" w:rsidR="00F03D2B" w:rsidRPr="00FA4CF3" w:rsidRDefault="00000000">
      <w:pPr>
        <w:spacing w:after="40"/>
        <w:rPr>
          <w:lang w:val="ru-RU"/>
        </w:rPr>
      </w:pPr>
      <w:r w:rsidRPr="00FA4CF3">
        <w:rPr>
          <w:b/>
          <w:color w:val="4B3025"/>
          <w:sz w:val="28"/>
          <w:lang w:val="ru-RU"/>
        </w:rPr>
        <w:t xml:space="preserve">Доска ДПК от производителя для любых террас от 3299 </w:t>
      </w:r>
      <w:proofErr w:type="spellStart"/>
      <w:r w:rsidRPr="00FA4CF3">
        <w:rPr>
          <w:b/>
          <w:color w:val="4B3025"/>
          <w:sz w:val="28"/>
          <w:lang w:val="ru-RU"/>
        </w:rPr>
        <w:t>руб</w:t>
      </w:r>
      <w:proofErr w:type="spellEnd"/>
      <w:r w:rsidRPr="00FA4CF3">
        <w:rPr>
          <w:b/>
          <w:color w:val="4B3025"/>
          <w:sz w:val="28"/>
          <w:lang w:val="ru-RU"/>
        </w:rPr>
        <w:t>/м2!</w:t>
      </w:r>
    </w:p>
    <w:p w14:paraId="16C33D1D" w14:textId="77777777" w:rsidR="00F03D2B" w:rsidRPr="00FA4CF3" w:rsidRDefault="00000000">
      <w:pPr>
        <w:spacing w:after="40"/>
        <w:rPr>
          <w:lang w:val="ru-RU"/>
        </w:rPr>
      </w:pPr>
      <w:r w:rsidRPr="00FA4CF3">
        <w:rPr>
          <w:color w:val="8B776B"/>
          <w:lang w:val="ru-RU"/>
        </w:rPr>
        <w:t>Адрес: 630096, г. Новосибирск, ул. Станционная 60/12, оф. 222</w:t>
      </w:r>
      <w:r w:rsidRPr="00FA4CF3">
        <w:rPr>
          <w:color w:val="8B776B"/>
          <w:lang w:val="ru-RU"/>
        </w:rPr>
        <w:br/>
        <w:t xml:space="preserve">тел. +7 (383) 310-01-38   |   сайт: </w:t>
      </w:r>
      <w:proofErr w:type="spellStart"/>
      <w:r>
        <w:rPr>
          <w:color w:val="8B776B"/>
        </w:rPr>
        <w:t>dpk</w:t>
      </w:r>
      <w:proofErr w:type="spellEnd"/>
      <w:r w:rsidRPr="00FA4CF3">
        <w:rPr>
          <w:color w:val="8B776B"/>
          <w:lang w:val="ru-RU"/>
        </w:rPr>
        <w:t>-</w:t>
      </w:r>
      <w:r>
        <w:rPr>
          <w:color w:val="8B776B"/>
        </w:rPr>
        <w:t>merbau</w:t>
      </w:r>
      <w:r w:rsidRPr="00FA4CF3">
        <w:rPr>
          <w:color w:val="8B776B"/>
          <w:lang w:val="ru-RU"/>
        </w:rPr>
        <w:t>.</w:t>
      </w:r>
      <w:proofErr w:type="spellStart"/>
      <w:r>
        <w:rPr>
          <w:color w:val="8B776B"/>
        </w:rPr>
        <w:t>ru</w:t>
      </w:r>
      <w:proofErr w:type="spellEnd"/>
    </w:p>
    <w:p w14:paraId="297E3106" w14:textId="77777777" w:rsidR="00FA4CF3" w:rsidRPr="00FA4CF3" w:rsidRDefault="00FA4CF3" w:rsidP="00FA4CF3">
      <w:pPr>
        <w:pStyle w:val="1"/>
        <w:spacing w:before="160"/>
        <w:rPr>
          <w:sz w:val="20"/>
          <w:lang w:val="ru-RU"/>
        </w:rPr>
      </w:pPr>
      <w:r w:rsidRPr="00FA4CF3">
        <w:rPr>
          <w:sz w:val="20"/>
          <w:lang w:val="ru-RU"/>
        </w:rPr>
        <w:t>Производим террасную доску и изделия из ДПК в Новосибирске. Предлагаем качественную продукцию для частного и коммерческого строительства.</w:t>
      </w:r>
    </w:p>
    <w:p w14:paraId="692B6D3F" w14:textId="77777777" w:rsidR="00FA4CF3" w:rsidRPr="00FA4CF3" w:rsidRDefault="00FA4CF3" w:rsidP="00FA4CF3">
      <w:pPr>
        <w:pStyle w:val="1"/>
        <w:spacing w:before="160"/>
        <w:rPr>
          <w:sz w:val="20"/>
          <w:lang w:val="ru-RU"/>
        </w:rPr>
      </w:pPr>
      <w:r w:rsidRPr="00FA4CF3">
        <w:rPr>
          <w:sz w:val="20"/>
          <w:lang w:val="ru-RU"/>
        </w:rPr>
        <w:t>Наши преимущества:</w:t>
      </w:r>
    </w:p>
    <w:p w14:paraId="420B0153" w14:textId="77777777" w:rsidR="00FA4CF3" w:rsidRPr="00FA4CF3" w:rsidRDefault="00FA4CF3" w:rsidP="00FA4CF3">
      <w:pPr>
        <w:pStyle w:val="1"/>
        <w:numPr>
          <w:ilvl w:val="0"/>
          <w:numId w:val="10"/>
        </w:numPr>
        <w:spacing w:before="160"/>
        <w:rPr>
          <w:sz w:val="20"/>
          <w:lang w:val="ru-RU"/>
        </w:rPr>
      </w:pPr>
      <w:r w:rsidRPr="00FA4CF3">
        <w:rPr>
          <w:sz w:val="20"/>
          <w:lang w:val="ru-RU"/>
        </w:rPr>
        <w:t>Собственное производство и контроль качества.</w:t>
      </w:r>
    </w:p>
    <w:p w14:paraId="3B3E9529" w14:textId="77777777" w:rsidR="00FA4CF3" w:rsidRPr="00FA4CF3" w:rsidRDefault="00FA4CF3" w:rsidP="00FA4CF3">
      <w:pPr>
        <w:pStyle w:val="1"/>
        <w:numPr>
          <w:ilvl w:val="0"/>
          <w:numId w:val="10"/>
        </w:numPr>
        <w:spacing w:before="160"/>
        <w:rPr>
          <w:sz w:val="20"/>
          <w:lang w:val="ru-RU"/>
        </w:rPr>
      </w:pPr>
      <w:r w:rsidRPr="00FA4CF3">
        <w:rPr>
          <w:sz w:val="20"/>
          <w:lang w:val="ru-RU"/>
        </w:rPr>
        <w:t>Изготовление доски Профи в размер.</w:t>
      </w:r>
    </w:p>
    <w:p w14:paraId="6AED0EB9" w14:textId="77777777" w:rsidR="00FA4CF3" w:rsidRPr="00FA4CF3" w:rsidRDefault="00FA4CF3" w:rsidP="00FA4CF3">
      <w:pPr>
        <w:pStyle w:val="1"/>
        <w:numPr>
          <w:ilvl w:val="0"/>
          <w:numId w:val="10"/>
        </w:numPr>
        <w:spacing w:before="160"/>
        <w:rPr>
          <w:sz w:val="20"/>
          <w:lang w:val="ru-RU"/>
        </w:rPr>
      </w:pPr>
      <w:r w:rsidRPr="00FA4CF3">
        <w:rPr>
          <w:sz w:val="20"/>
          <w:lang w:val="ru-RU"/>
        </w:rPr>
        <w:t>Гарантия на продукцию — 3 года.</w:t>
      </w:r>
    </w:p>
    <w:p w14:paraId="6EEED8A2" w14:textId="513FEC2E" w:rsidR="00FA4CF3" w:rsidRDefault="00FA4CF3" w:rsidP="00FA4CF3">
      <w:pPr>
        <w:pStyle w:val="1"/>
        <w:numPr>
          <w:ilvl w:val="0"/>
          <w:numId w:val="10"/>
        </w:numPr>
        <w:spacing w:before="160"/>
        <w:rPr>
          <w:sz w:val="20"/>
          <w:lang w:val="ru-RU"/>
        </w:rPr>
      </w:pPr>
      <w:r w:rsidRPr="00FA4CF3">
        <w:rPr>
          <w:sz w:val="20"/>
          <w:lang w:val="ru-RU"/>
        </w:rPr>
        <w:t>Стандартные длины 3, 4 и 6 м — в наличии</w:t>
      </w:r>
      <w:r>
        <w:rPr>
          <w:sz w:val="20"/>
          <w:lang w:val="ru-RU"/>
        </w:rPr>
        <w:t xml:space="preserve"> </w:t>
      </w:r>
    </w:p>
    <w:p w14:paraId="235ABE54" w14:textId="73F2C652" w:rsidR="00FA4CF3" w:rsidRPr="00FA4CF3" w:rsidRDefault="00FA4CF3" w:rsidP="00FA4CF3">
      <w:pPr>
        <w:pStyle w:val="1"/>
        <w:numPr>
          <w:ilvl w:val="0"/>
          <w:numId w:val="10"/>
        </w:numPr>
        <w:spacing w:before="160"/>
        <w:rPr>
          <w:sz w:val="20"/>
          <w:lang w:val="ru-RU"/>
        </w:rPr>
      </w:pPr>
      <w:r w:rsidRPr="00FA4CF3">
        <w:rPr>
          <w:sz w:val="20"/>
          <w:lang w:val="ru-RU"/>
        </w:rPr>
        <w:t>Короткие сроки изготовления под заказ</w:t>
      </w:r>
      <w:r>
        <w:rPr>
          <w:sz w:val="20"/>
          <w:lang w:val="ru-RU"/>
        </w:rPr>
        <w:t xml:space="preserve"> </w:t>
      </w:r>
      <w:r w:rsidRPr="00FA4CF3">
        <w:rPr>
          <w:sz w:val="20"/>
          <w:lang w:val="ru-RU"/>
        </w:rPr>
        <w:t>от 3–4 дней</w:t>
      </w:r>
    </w:p>
    <w:p w14:paraId="6B445E60" w14:textId="77777777" w:rsidR="00FA4CF3" w:rsidRPr="00FA4CF3" w:rsidRDefault="00FA4CF3" w:rsidP="00FA4CF3">
      <w:pPr>
        <w:pStyle w:val="1"/>
        <w:numPr>
          <w:ilvl w:val="0"/>
          <w:numId w:val="10"/>
        </w:numPr>
        <w:spacing w:before="160"/>
        <w:rPr>
          <w:sz w:val="20"/>
          <w:lang w:val="ru-RU"/>
        </w:rPr>
      </w:pPr>
      <w:r w:rsidRPr="00FA4CF3">
        <w:rPr>
          <w:sz w:val="20"/>
          <w:lang w:val="ru-RU"/>
        </w:rPr>
        <w:t>Оперативная доставка.</w:t>
      </w:r>
    </w:p>
    <w:p w14:paraId="38E57C1E" w14:textId="77777777" w:rsidR="00FA4CF3" w:rsidRPr="00FA4CF3" w:rsidRDefault="00FA4CF3" w:rsidP="00FA4CF3">
      <w:pPr>
        <w:pStyle w:val="1"/>
        <w:numPr>
          <w:ilvl w:val="0"/>
          <w:numId w:val="10"/>
        </w:numPr>
        <w:spacing w:before="160"/>
        <w:rPr>
          <w:sz w:val="20"/>
          <w:lang w:val="ru-RU"/>
        </w:rPr>
      </w:pPr>
      <w:r w:rsidRPr="00FA4CF3">
        <w:rPr>
          <w:sz w:val="20"/>
          <w:lang w:val="ru-RU"/>
        </w:rPr>
        <w:t>Бесплатное хранение оплаченного заказа до 30 дней.</w:t>
      </w:r>
    </w:p>
    <w:p w14:paraId="7551814F" w14:textId="77777777" w:rsidR="00F03D2B" w:rsidRDefault="00000000">
      <w:pPr>
        <w:pStyle w:val="1"/>
        <w:spacing w:before="160" w:after="100"/>
      </w:pPr>
      <w:proofErr w:type="spellStart"/>
      <w:r>
        <w:t>Террасная</w:t>
      </w:r>
      <w:proofErr w:type="spellEnd"/>
      <w:r>
        <w:t xml:space="preserve"> ДПК </w:t>
      </w:r>
      <w:proofErr w:type="spellStart"/>
      <w:r>
        <w:t>доска</w:t>
      </w:r>
      <w:proofErr w:type="spellEnd"/>
    </w:p>
    <w:tbl>
      <w:tblPr>
        <w:tblStyle w:val="aff0"/>
        <w:tblW w:w="0" w:type="auto"/>
        <w:jc w:val="center"/>
        <w:tblBorders>
          <w:top w:val="single" w:sz="4" w:space="0" w:color="DDD5CE"/>
          <w:left w:val="single" w:sz="4" w:space="0" w:color="DDD5CE"/>
          <w:bottom w:val="single" w:sz="4" w:space="0" w:color="DDD5CE"/>
          <w:right w:val="single" w:sz="4" w:space="0" w:color="DDD5CE"/>
          <w:insideH w:val="single" w:sz="4" w:space="0" w:color="DDD5CE"/>
          <w:insideV w:val="single" w:sz="4" w:space="0" w:color="DDD5CE"/>
        </w:tblBorders>
        <w:tblLayout w:type="fixed"/>
        <w:tblLook w:val="04A0" w:firstRow="1" w:lastRow="0" w:firstColumn="1" w:lastColumn="0" w:noHBand="0" w:noVBand="1"/>
      </w:tblPr>
      <w:tblGrid>
        <w:gridCol w:w="2494"/>
        <w:gridCol w:w="2381"/>
        <w:gridCol w:w="2381"/>
        <w:gridCol w:w="2381"/>
      </w:tblGrid>
      <w:tr w:rsidR="00F03D2B" w14:paraId="174AB1B0" w14:textId="77777777">
        <w:trPr>
          <w:cantSplit/>
          <w:tblHeader/>
          <w:jc w:val="center"/>
        </w:trPr>
        <w:tc>
          <w:tcPr>
            <w:tcW w:w="2494" w:type="dxa"/>
            <w:shd w:val="clear" w:color="auto" w:fill="4B3025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2DAB493" w14:textId="77777777" w:rsidR="00F03D2B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Характеристики</w:t>
            </w:r>
          </w:p>
        </w:tc>
        <w:tc>
          <w:tcPr>
            <w:tcW w:w="2381" w:type="dxa"/>
            <w:shd w:val="clear" w:color="auto" w:fill="4B3025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B4E556D" w14:textId="77777777" w:rsidR="00F03D2B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Стандарт</w:t>
            </w:r>
          </w:p>
        </w:tc>
        <w:tc>
          <w:tcPr>
            <w:tcW w:w="2381" w:type="dxa"/>
            <w:shd w:val="clear" w:color="auto" w:fill="4B3025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7301142" w14:textId="77777777" w:rsidR="00F03D2B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Стандарт</w:t>
            </w:r>
          </w:p>
        </w:tc>
        <w:tc>
          <w:tcPr>
            <w:tcW w:w="2381" w:type="dxa"/>
            <w:shd w:val="clear" w:color="auto" w:fill="4B3025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A1308F1" w14:textId="77777777" w:rsidR="00F03D2B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Профи</w:t>
            </w:r>
          </w:p>
        </w:tc>
      </w:tr>
      <w:tr w:rsidR="00F03D2B" w14:paraId="2006C7A8" w14:textId="77777777">
        <w:trPr>
          <w:cantSplit/>
          <w:jc w:val="center"/>
        </w:trPr>
        <w:tc>
          <w:tcPr>
            <w:tcW w:w="2494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78F5FE4" w14:textId="77777777" w:rsidR="00F03D2B" w:rsidRDefault="00000000">
            <w:pPr>
              <w:spacing w:after="0"/>
            </w:pPr>
            <w:r>
              <w:rPr>
                <w:b/>
                <w:sz w:val="15"/>
              </w:rPr>
              <w:t>Профиль, мм</w:t>
            </w:r>
          </w:p>
        </w:tc>
        <w:tc>
          <w:tcPr>
            <w:tcW w:w="2381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25E7516" w14:textId="77777777" w:rsidR="00F03D2B" w:rsidRDefault="00000000">
            <w:pPr>
              <w:spacing w:after="0"/>
              <w:jc w:val="center"/>
            </w:pPr>
            <w:r>
              <w:rPr>
                <w:sz w:val="15"/>
              </w:rPr>
              <w:t>140х22</w:t>
            </w:r>
          </w:p>
        </w:tc>
        <w:tc>
          <w:tcPr>
            <w:tcW w:w="2381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CBE9CDE" w14:textId="77777777" w:rsidR="00F03D2B" w:rsidRDefault="00000000">
            <w:pPr>
              <w:spacing w:after="0"/>
              <w:jc w:val="center"/>
            </w:pPr>
            <w:r>
              <w:rPr>
                <w:sz w:val="15"/>
              </w:rPr>
              <w:t>140х22</w:t>
            </w:r>
          </w:p>
        </w:tc>
        <w:tc>
          <w:tcPr>
            <w:tcW w:w="2381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794BC3F" w14:textId="77777777" w:rsidR="00F03D2B" w:rsidRDefault="00000000">
            <w:pPr>
              <w:spacing w:after="0"/>
              <w:jc w:val="center"/>
            </w:pPr>
            <w:r>
              <w:rPr>
                <w:sz w:val="15"/>
              </w:rPr>
              <w:t>165х28</w:t>
            </w:r>
          </w:p>
        </w:tc>
      </w:tr>
      <w:tr w:rsidR="00F03D2B" w14:paraId="336AC11B" w14:textId="77777777">
        <w:trPr>
          <w:cantSplit/>
          <w:jc w:val="center"/>
        </w:trPr>
        <w:tc>
          <w:tcPr>
            <w:tcW w:w="2494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F263ACB" w14:textId="77777777" w:rsidR="00F03D2B" w:rsidRDefault="00000000">
            <w:pPr>
              <w:spacing w:after="0"/>
            </w:pPr>
            <w:r>
              <w:rPr>
                <w:b/>
                <w:sz w:val="15"/>
              </w:rPr>
              <w:t>Длина доски, м</w:t>
            </w:r>
          </w:p>
        </w:tc>
        <w:tc>
          <w:tcPr>
            <w:tcW w:w="2381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8AA5184" w14:textId="77777777" w:rsidR="00F03D2B" w:rsidRDefault="00000000">
            <w:pPr>
              <w:spacing w:after="0"/>
              <w:jc w:val="center"/>
            </w:pPr>
            <w:r>
              <w:rPr>
                <w:sz w:val="15"/>
              </w:rPr>
              <w:t>3/4</w:t>
            </w:r>
          </w:p>
        </w:tc>
        <w:tc>
          <w:tcPr>
            <w:tcW w:w="2381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90611A3" w14:textId="77777777" w:rsidR="00F03D2B" w:rsidRDefault="00000000">
            <w:pPr>
              <w:spacing w:after="0"/>
              <w:jc w:val="center"/>
            </w:pPr>
            <w:r>
              <w:rPr>
                <w:sz w:val="15"/>
              </w:rPr>
              <w:t>3/4</w:t>
            </w:r>
          </w:p>
        </w:tc>
        <w:tc>
          <w:tcPr>
            <w:tcW w:w="2381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8DF8E80" w14:textId="77777777" w:rsidR="00F03D2B" w:rsidRDefault="00000000">
            <w:pPr>
              <w:spacing w:after="0"/>
              <w:jc w:val="center"/>
            </w:pPr>
            <w:r>
              <w:rPr>
                <w:sz w:val="15"/>
              </w:rPr>
              <w:t>3/4/6</w:t>
            </w:r>
          </w:p>
        </w:tc>
      </w:tr>
      <w:tr w:rsidR="00F03D2B" w14:paraId="39748B81" w14:textId="77777777">
        <w:trPr>
          <w:cantSplit/>
          <w:jc w:val="center"/>
        </w:trPr>
        <w:tc>
          <w:tcPr>
            <w:tcW w:w="2494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17F0559" w14:textId="77777777" w:rsidR="00F03D2B" w:rsidRDefault="00000000">
            <w:pPr>
              <w:spacing w:after="0"/>
            </w:pPr>
            <w:r>
              <w:rPr>
                <w:b/>
                <w:sz w:val="15"/>
              </w:rPr>
              <w:t>Вес 1 м.п., кг</w:t>
            </w:r>
          </w:p>
        </w:tc>
        <w:tc>
          <w:tcPr>
            <w:tcW w:w="2381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0FCE753" w14:textId="77777777" w:rsidR="00F03D2B" w:rsidRDefault="00000000">
            <w:pPr>
              <w:spacing w:after="0"/>
              <w:jc w:val="center"/>
            </w:pPr>
            <w:r>
              <w:rPr>
                <w:sz w:val="15"/>
              </w:rPr>
              <w:t>2,20</w:t>
            </w:r>
          </w:p>
        </w:tc>
        <w:tc>
          <w:tcPr>
            <w:tcW w:w="2381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1431347" w14:textId="77777777" w:rsidR="00F03D2B" w:rsidRDefault="00000000">
            <w:pPr>
              <w:spacing w:after="0"/>
              <w:jc w:val="center"/>
            </w:pPr>
            <w:r>
              <w:rPr>
                <w:sz w:val="15"/>
              </w:rPr>
              <w:t>2,20</w:t>
            </w:r>
          </w:p>
        </w:tc>
        <w:tc>
          <w:tcPr>
            <w:tcW w:w="2381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5474025" w14:textId="77777777" w:rsidR="00F03D2B" w:rsidRDefault="00000000">
            <w:pPr>
              <w:spacing w:after="0"/>
              <w:jc w:val="center"/>
            </w:pPr>
            <w:r>
              <w:rPr>
                <w:sz w:val="15"/>
              </w:rPr>
              <w:t>3,20</w:t>
            </w:r>
          </w:p>
        </w:tc>
      </w:tr>
      <w:tr w:rsidR="00F03D2B" w:rsidRPr="00FA4CF3" w14:paraId="0D3FF0D9" w14:textId="77777777">
        <w:trPr>
          <w:cantSplit/>
          <w:jc w:val="center"/>
        </w:trPr>
        <w:tc>
          <w:tcPr>
            <w:tcW w:w="2494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718B951" w14:textId="77777777" w:rsidR="00F03D2B" w:rsidRDefault="00000000">
            <w:pPr>
              <w:spacing w:after="0"/>
            </w:pPr>
            <w:r>
              <w:rPr>
                <w:b/>
                <w:sz w:val="15"/>
              </w:rPr>
              <w:t>Рабочая поверхность</w:t>
            </w:r>
          </w:p>
        </w:tc>
        <w:tc>
          <w:tcPr>
            <w:tcW w:w="2381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1A8A3005" w14:textId="77777777" w:rsidR="00F03D2B" w:rsidRDefault="00000000">
            <w:pPr>
              <w:spacing w:after="0"/>
              <w:jc w:val="center"/>
            </w:pPr>
            <w:r>
              <w:rPr>
                <w:sz w:val="15"/>
              </w:rPr>
              <w:t>тиснение по глянцу</w:t>
            </w:r>
          </w:p>
        </w:tc>
        <w:tc>
          <w:tcPr>
            <w:tcW w:w="2381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260F041" w14:textId="77777777" w:rsidR="00F03D2B" w:rsidRDefault="00000000">
            <w:pPr>
              <w:spacing w:after="0"/>
              <w:jc w:val="center"/>
            </w:pPr>
            <w:r>
              <w:rPr>
                <w:sz w:val="15"/>
              </w:rPr>
              <w:t>тиснение по глянцу</w:t>
            </w:r>
          </w:p>
        </w:tc>
        <w:tc>
          <w:tcPr>
            <w:tcW w:w="2381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1BEDCF8C" w14:textId="77777777" w:rsidR="00F03D2B" w:rsidRPr="00FA4CF3" w:rsidRDefault="00000000">
            <w:pPr>
              <w:spacing w:after="0"/>
              <w:jc w:val="center"/>
              <w:rPr>
                <w:lang w:val="ru-RU"/>
              </w:rPr>
            </w:pPr>
            <w:r w:rsidRPr="00FA4CF3">
              <w:rPr>
                <w:sz w:val="15"/>
                <w:lang w:val="ru-RU"/>
              </w:rPr>
              <w:t>3Д тиснение / вельвет под заказ</w:t>
            </w:r>
          </w:p>
        </w:tc>
      </w:tr>
      <w:tr w:rsidR="00F03D2B" w14:paraId="141ED368" w14:textId="77777777">
        <w:trPr>
          <w:cantSplit/>
          <w:jc w:val="center"/>
        </w:trPr>
        <w:tc>
          <w:tcPr>
            <w:tcW w:w="2494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9077724" w14:textId="77777777" w:rsidR="00F03D2B" w:rsidRPr="00FA4CF3" w:rsidRDefault="00000000">
            <w:pPr>
              <w:spacing w:after="0"/>
              <w:rPr>
                <w:lang w:val="ru-RU"/>
              </w:rPr>
            </w:pPr>
            <w:r w:rsidRPr="00FA4CF3">
              <w:rPr>
                <w:b/>
                <w:sz w:val="15"/>
                <w:lang w:val="ru-RU"/>
              </w:rPr>
              <w:t>Толщина: Рабочая поверхность / ребра жесткости, мм</w:t>
            </w:r>
          </w:p>
        </w:tc>
        <w:tc>
          <w:tcPr>
            <w:tcW w:w="2381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E7296C3" w14:textId="77777777" w:rsidR="00F03D2B" w:rsidRDefault="00000000">
            <w:pPr>
              <w:spacing w:after="0"/>
              <w:jc w:val="center"/>
            </w:pPr>
            <w:r>
              <w:rPr>
                <w:sz w:val="15"/>
              </w:rPr>
              <w:t>5/5</w:t>
            </w:r>
          </w:p>
        </w:tc>
        <w:tc>
          <w:tcPr>
            <w:tcW w:w="2381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D0EAC40" w14:textId="77777777" w:rsidR="00F03D2B" w:rsidRDefault="00000000">
            <w:pPr>
              <w:spacing w:after="0"/>
              <w:jc w:val="center"/>
            </w:pPr>
            <w:r>
              <w:rPr>
                <w:sz w:val="15"/>
              </w:rPr>
              <w:t>5/5</w:t>
            </w:r>
          </w:p>
        </w:tc>
        <w:tc>
          <w:tcPr>
            <w:tcW w:w="2381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6F3054A" w14:textId="77777777" w:rsidR="00F03D2B" w:rsidRDefault="00000000">
            <w:pPr>
              <w:spacing w:after="0"/>
              <w:jc w:val="center"/>
            </w:pPr>
            <w:r>
              <w:rPr>
                <w:sz w:val="15"/>
              </w:rPr>
              <w:t>Усиленная / 6/5</w:t>
            </w:r>
          </w:p>
        </w:tc>
      </w:tr>
      <w:tr w:rsidR="00F03D2B" w:rsidRPr="00FA4CF3" w14:paraId="65634115" w14:textId="77777777">
        <w:trPr>
          <w:cantSplit/>
          <w:jc w:val="center"/>
        </w:trPr>
        <w:tc>
          <w:tcPr>
            <w:tcW w:w="2494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DA1095B" w14:textId="77777777" w:rsidR="00F03D2B" w:rsidRDefault="00000000">
            <w:pPr>
              <w:spacing w:after="0"/>
            </w:pPr>
            <w:r>
              <w:rPr>
                <w:b/>
                <w:sz w:val="15"/>
              </w:rPr>
              <w:t>Цвет</w:t>
            </w:r>
          </w:p>
        </w:tc>
        <w:tc>
          <w:tcPr>
            <w:tcW w:w="2381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5F0DA53" w14:textId="77777777" w:rsidR="00F03D2B" w:rsidRDefault="00000000">
            <w:pPr>
              <w:spacing w:after="0"/>
              <w:jc w:val="center"/>
            </w:pPr>
            <w:r>
              <w:rPr>
                <w:sz w:val="15"/>
              </w:rPr>
              <w:t>шоколад/венге</w:t>
            </w:r>
          </w:p>
        </w:tc>
        <w:tc>
          <w:tcPr>
            <w:tcW w:w="2381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3F47C25" w14:textId="77777777" w:rsidR="00F03D2B" w:rsidRDefault="00000000">
            <w:pPr>
              <w:spacing w:after="0"/>
              <w:jc w:val="center"/>
            </w:pPr>
            <w:r>
              <w:rPr>
                <w:sz w:val="15"/>
              </w:rPr>
              <w:t>серый / свет. дерево</w:t>
            </w:r>
          </w:p>
        </w:tc>
        <w:tc>
          <w:tcPr>
            <w:tcW w:w="2381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54B50AF" w14:textId="77777777" w:rsidR="00F03D2B" w:rsidRPr="00FA4CF3" w:rsidRDefault="00000000">
            <w:pPr>
              <w:spacing w:after="0"/>
              <w:jc w:val="center"/>
              <w:rPr>
                <w:lang w:val="ru-RU"/>
              </w:rPr>
            </w:pPr>
            <w:r w:rsidRPr="00FA4CF3">
              <w:rPr>
                <w:sz w:val="15"/>
                <w:lang w:val="ru-RU"/>
              </w:rPr>
              <w:t>черный/шоколад/ серый/свет. дерево</w:t>
            </w:r>
          </w:p>
        </w:tc>
      </w:tr>
      <w:tr w:rsidR="00F03D2B" w:rsidRPr="00FA4CF3" w14:paraId="0901EC76" w14:textId="77777777">
        <w:trPr>
          <w:cantSplit/>
          <w:jc w:val="center"/>
        </w:trPr>
        <w:tc>
          <w:tcPr>
            <w:tcW w:w="2494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BC4B80B" w14:textId="77777777" w:rsidR="00F03D2B" w:rsidRDefault="00000000">
            <w:pPr>
              <w:spacing w:after="0"/>
            </w:pPr>
            <w:proofErr w:type="spellStart"/>
            <w:r>
              <w:rPr>
                <w:b/>
                <w:sz w:val="15"/>
              </w:rPr>
              <w:t>Форма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расчёта</w:t>
            </w:r>
            <w:proofErr w:type="spellEnd"/>
          </w:p>
        </w:tc>
        <w:tc>
          <w:tcPr>
            <w:tcW w:w="2381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4D549AD" w14:textId="77777777" w:rsidR="00F03D2B" w:rsidRPr="00FA4CF3" w:rsidRDefault="00000000">
            <w:pPr>
              <w:spacing w:after="0"/>
              <w:jc w:val="center"/>
              <w:rPr>
                <w:lang w:val="ru-RU"/>
              </w:rPr>
            </w:pPr>
            <w:r w:rsidRPr="00FA4CF3">
              <w:rPr>
                <w:sz w:val="15"/>
                <w:lang w:val="ru-RU"/>
              </w:rPr>
              <w:t xml:space="preserve">Стандарт, руб. (м2/ доска 3 м./ </w:t>
            </w:r>
            <w:proofErr w:type="spellStart"/>
            <w:r w:rsidRPr="00FA4CF3">
              <w:rPr>
                <w:sz w:val="15"/>
                <w:lang w:val="ru-RU"/>
              </w:rPr>
              <w:t>м.п</w:t>
            </w:r>
            <w:proofErr w:type="spellEnd"/>
            <w:r w:rsidRPr="00FA4CF3">
              <w:rPr>
                <w:sz w:val="15"/>
                <w:lang w:val="ru-RU"/>
              </w:rPr>
              <w:t>.)</w:t>
            </w:r>
          </w:p>
        </w:tc>
        <w:tc>
          <w:tcPr>
            <w:tcW w:w="2381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57836DB" w14:textId="77777777" w:rsidR="00F03D2B" w:rsidRPr="00FA4CF3" w:rsidRDefault="00000000">
            <w:pPr>
              <w:spacing w:after="0"/>
              <w:jc w:val="center"/>
              <w:rPr>
                <w:lang w:val="ru-RU"/>
              </w:rPr>
            </w:pPr>
            <w:r w:rsidRPr="00FA4CF3">
              <w:rPr>
                <w:sz w:val="15"/>
                <w:lang w:val="ru-RU"/>
              </w:rPr>
              <w:t xml:space="preserve">Стандарт, руб. (м2/ доска 3 м./ </w:t>
            </w:r>
            <w:proofErr w:type="spellStart"/>
            <w:r w:rsidRPr="00FA4CF3">
              <w:rPr>
                <w:sz w:val="15"/>
                <w:lang w:val="ru-RU"/>
              </w:rPr>
              <w:t>м.п</w:t>
            </w:r>
            <w:proofErr w:type="spellEnd"/>
            <w:r w:rsidRPr="00FA4CF3">
              <w:rPr>
                <w:sz w:val="15"/>
                <w:lang w:val="ru-RU"/>
              </w:rPr>
              <w:t>.)</w:t>
            </w:r>
          </w:p>
        </w:tc>
        <w:tc>
          <w:tcPr>
            <w:tcW w:w="2381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1FDD5490" w14:textId="77777777" w:rsidR="00F03D2B" w:rsidRPr="00FA4CF3" w:rsidRDefault="00000000">
            <w:pPr>
              <w:spacing w:after="0"/>
              <w:jc w:val="center"/>
              <w:rPr>
                <w:lang w:val="ru-RU"/>
              </w:rPr>
            </w:pPr>
            <w:r w:rsidRPr="00FA4CF3">
              <w:rPr>
                <w:sz w:val="15"/>
                <w:lang w:val="ru-RU"/>
              </w:rPr>
              <w:t xml:space="preserve">Профи, руб. (м2/ доска 3 м./ </w:t>
            </w:r>
            <w:proofErr w:type="spellStart"/>
            <w:r w:rsidRPr="00FA4CF3">
              <w:rPr>
                <w:sz w:val="15"/>
                <w:lang w:val="ru-RU"/>
              </w:rPr>
              <w:t>м.п</w:t>
            </w:r>
            <w:proofErr w:type="spellEnd"/>
            <w:r w:rsidRPr="00FA4CF3">
              <w:rPr>
                <w:sz w:val="15"/>
                <w:lang w:val="ru-RU"/>
              </w:rPr>
              <w:t>.)</w:t>
            </w:r>
          </w:p>
        </w:tc>
      </w:tr>
      <w:tr w:rsidR="00F03D2B" w14:paraId="2123EA4C" w14:textId="77777777">
        <w:trPr>
          <w:cantSplit/>
          <w:jc w:val="center"/>
        </w:trPr>
        <w:tc>
          <w:tcPr>
            <w:tcW w:w="2494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9D91DAC" w14:textId="77777777" w:rsidR="00F03D2B" w:rsidRDefault="00000000">
            <w:pPr>
              <w:spacing w:after="0"/>
            </w:pPr>
            <w:proofErr w:type="spellStart"/>
            <w:r>
              <w:rPr>
                <w:b/>
                <w:sz w:val="15"/>
              </w:rPr>
              <w:t>Безналичный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без</w:t>
            </w:r>
            <w:proofErr w:type="spellEnd"/>
            <w:r>
              <w:rPr>
                <w:b/>
                <w:sz w:val="15"/>
              </w:rPr>
              <w:t xml:space="preserve"> НДС / наличный</w:t>
            </w:r>
          </w:p>
        </w:tc>
        <w:tc>
          <w:tcPr>
            <w:tcW w:w="2381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95408CF" w14:textId="77777777" w:rsidR="00F03D2B" w:rsidRDefault="00000000">
            <w:pPr>
              <w:spacing w:after="0"/>
              <w:jc w:val="center"/>
            </w:pPr>
            <w:r>
              <w:rPr>
                <w:sz w:val="15"/>
              </w:rPr>
              <w:t>3299 / 1386/ 462</w:t>
            </w:r>
          </w:p>
        </w:tc>
        <w:tc>
          <w:tcPr>
            <w:tcW w:w="2381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7E29EF3" w14:textId="77777777" w:rsidR="00F03D2B" w:rsidRDefault="00000000">
            <w:pPr>
              <w:spacing w:after="0"/>
              <w:jc w:val="center"/>
            </w:pPr>
            <w:r>
              <w:rPr>
                <w:sz w:val="15"/>
              </w:rPr>
              <w:t>3756/ 1578/ 526</w:t>
            </w:r>
          </w:p>
        </w:tc>
        <w:tc>
          <w:tcPr>
            <w:tcW w:w="2381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BF8C17E" w14:textId="77777777" w:rsidR="00F03D2B" w:rsidRDefault="00000000">
            <w:pPr>
              <w:spacing w:after="0"/>
              <w:jc w:val="center"/>
            </w:pPr>
            <w:r>
              <w:rPr>
                <w:sz w:val="15"/>
              </w:rPr>
              <w:t>5406/ 2676/ 892</w:t>
            </w:r>
          </w:p>
        </w:tc>
      </w:tr>
    </w:tbl>
    <w:p w14:paraId="79E0322F" w14:textId="77777777" w:rsidR="00F03D2B" w:rsidRDefault="00F03D2B">
      <w:pPr>
        <w:spacing w:after="40"/>
      </w:pPr>
    </w:p>
    <w:p w14:paraId="28F22757" w14:textId="77777777" w:rsidR="00F03D2B" w:rsidRDefault="00F03D2B">
      <w:pPr>
        <w:spacing w:after="40"/>
      </w:pPr>
    </w:p>
    <w:p w14:paraId="6CDC0E98" w14:textId="77777777" w:rsidR="00F03D2B" w:rsidRDefault="00000000">
      <w:pPr>
        <w:pStyle w:val="1"/>
        <w:pageBreakBefore/>
        <w:spacing w:before="160" w:after="100"/>
      </w:pPr>
      <w:r>
        <w:lastRenderedPageBreak/>
        <w:t>Заборная ДПК доска</w:t>
      </w:r>
    </w:p>
    <w:tbl>
      <w:tblPr>
        <w:tblStyle w:val="aff0"/>
        <w:tblW w:w="0" w:type="auto"/>
        <w:jc w:val="center"/>
        <w:tblBorders>
          <w:top w:val="single" w:sz="4" w:space="0" w:color="DDD5CE"/>
          <w:left w:val="single" w:sz="4" w:space="0" w:color="DDD5CE"/>
          <w:bottom w:val="single" w:sz="4" w:space="0" w:color="DDD5CE"/>
          <w:right w:val="single" w:sz="4" w:space="0" w:color="DDD5CE"/>
          <w:insideH w:val="single" w:sz="4" w:space="0" w:color="DDD5CE"/>
          <w:insideV w:val="single" w:sz="4" w:space="0" w:color="DDD5CE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402"/>
        <w:gridCol w:w="3402"/>
      </w:tblGrid>
      <w:tr w:rsidR="00F03D2B" w14:paraId="4E4DA681" w14:textId="77777777">
        <w:trPr>
          <w:cantSplit/>
          <w:tblHeader/>
          <w:jc w:val="center"/>
        </w:trPr>
        <w:tc>
          <w:tcPr>
            <w:tcW w:w="2835" w:type="dxa"/>
            <w:shd w:val="clear" w:color="auto" w:fill="4B3025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128BCD4" w14:textId="77777777" w:rsidR="00F03D2B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Характеристики</w:t>
            </w:r>
          </w:p>
        </w:tc>
        <w:tc>
          <w:tcPr>
            <w:tcW w:w="3402" w:type="dxa"/>
            <w:shd w:val="clear" w:color="auto" w:fill="4B3025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2E0E22A" w14:textId="2DF4A94A" w:rsidR="00F03D2B" w:rsidRDefault="00F03D2B">
            <w:pPr>
              <w:spacing w:after="0"/>
              <w:jc w:val="center"/>
            </w:pPr>
          </w:p>
        </w:tc>
        <w:tc>
          <w:tcPr>
            <w:tcW w:w="3402" w:type="dxa"/>
            <w:shd w:val="clear" w:color="auto" w:fill="4B3025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851343C" w14:textId="1E0F4AB6" w:rsidR="00F03D2B" w:rsidRDefault="00F03D2B">
            <w:pPr>
              <w:spacing w:after="0"/>
              <w:jc w:val="center"/>
            </w:pPr>
          </w:p>
        </w:tc>
      </w:tr>
      <w:tr w:rsidR="00F03D2B" w14:paraId="14FBD5B8" w14:textId="77777777">
        <w:trPr>
          <w:cantSplit/>
          <w:jc w:val="center"/>
        </w:trPr>
        <w:tc>
          <w:tcPr>
            <w:tcW w:w="2835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13F9925C" w14:textId="77777777" w:rsidR="00F03D2B" w:rsidRDefault="00000000">
            <w:pPr>
              <w:spacing w:after="0"/>
            </w:pPr>
            <w:r>
              <w:rPr>
                <w:b/>
                <w:sz w:val="16"/>
              </w:rPr>
              <w:t>Цвет</w:t>
            </w:r>
          </w:p>
        </w:tc>
        <w:tc>
          <w:tcPr>
            <w:tcW w:w="3402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87091AF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шоколад/венге</w:t>
            </w:r>
          </w:p>
        </w:tc>
        <w:tc>
          <w:tcPr>
            <w:tcW w:w="3402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191E49B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Черный/серый / свет. дерево</w:t>
            </w:r>
          </w:p>
        </w:tc>
      </w:tr>
      <w:tr w:rsidR="00F03D2B" w14:paraId="65952AF2" w14:textId="77777777">
        <w:trPr>
          <w:cantSplit/>
          <w:jc w:val="center"/>
        </w:trPr>
        <w:tc>
          <w:tcPr>
            <w:tcW w:w="2835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1C42AB4B" w14:textId="77777777" w:rsidR="00F03D2B" w:rsidRDefault="00000000">
            <w:pPr>
              <w:spacing w:after="0"/>
            </w:pPr>
            <w:r>
              <w:rPr>
                <w:b/>
                <w:sz w:val="16"/>
              </w:rPr>
              <w:t>Профиль, мм</w:t>
            </w:r>
          </w:p>
        </w:tc>
        <w:tc>
          <w:tcPr>
            <w:tcW w:w="3402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4B21F9B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140х12</w:t>
            </w:r>
          </w:p>
        </w:tc>
        <w:tc>
          <w:tcPr>
            <w:tcW w:w="3402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0736277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140х12</w:t>
            </w:r>
          </w:p>
        </w:tc>
      </w:tr>
      <w:tr w:rsidR="00F03D2B" w14:paraId="7A5E4B54" w14:textId="77777777">
        <w:trPr>
          <w:cantSplit/>
          <w:jc w:val="center"/>
        </w:trPr>
        <w:tc>
          <w:tcPr>
            <w:tcW w:w="2835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69D7D34" w14:textId="77777777" w:rsidR="00F03D2B" w:rsidRDefault="00000000">
            <w:pPr>
              <w:spacing w:after="0"/>
            </w:pPr>
            <w:r>
              <w:rPr>
                <w:b/>
                <w:sz w:val="16"/>
              </w:rPr>
              <w:t>Тип доски</w:t>
            </w:r>
          </w:p>
        </w:tc>
        <w:tc>
          <w:tcPr>
            <w:tcW w:w="3402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2D8F96E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полнотелая</w:t>
            </w:r>
          </w:p>
        </w:tc>
        <w:tc>
          <w:tcPr>
            <w:tcW w:w="3402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8E593A7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полнотелая</w:t>
            </w:r>
          </w:p>
        </w:tc>
      </w:tr>
      <w:tr w:rsidR="00F03D2B" w14:paraId="1DE113E7" w14:textId="77777777">
        <w:trPr>
          <w:cantSplit/>
          <w:jc w:val="center"/>
        </w:trPr>
        <w:tc>
          <w:tcPr>
            <w:tcW w:w="2835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E7CC84F" w14:textId="77777777" w:rsidR="00F03D2B" w:rsidRDefault="00000000">
            <w:pPr>
              <w:spacing w:after="0"/>
            </w:pPr>
            <w:r>
              <w:rPr>
                <w:b/>
                <w:sz w:val="16"/>
              </w:rPr>
              <w:t>Длина доски, м</w:t>
            </w:r>
          </w:p>
        </w:tc>
        <w:tc>
          <w:tcPr>
            <w:tcW w:w="3402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41D3CAA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2/3</w:t>
            </w:r>
          </w:p>
        </w:tc>
        <w:tc>
          <w:tcPr>
            <w:tcW w:w="3402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0AD27EA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2/3</w:t>
            </w:r>
          </w:p>
        </w:tc>
      </w:tr>
      <w:tr w:rsidR="00F03D2B" w14:paraId="682B9443" w14:textId="77777777">
        <w:trPr>
          <w:cantSplit/>
          <w:jc w:val="center"/>
        </w:trPr>
        <w:tc>
          <w:tcPr>
            <w:tcW w:w="2835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EC53ADD" w14:textId="77777777" w:rsidR="00F03D2B" w:rsidRDefault="00000000">
            <w:pPr>
              <w:spacing w:after="0"/>
            </w:pPr>
            <w:r>
              <w:rPr>
                <w:b/>
                <w:sz w:val="16"/>
              </w:rPr>
              <w:t>Вес 1 м.п., кг</w:t>
            </w:r>
          </w:p>
        </w:tc>
        <w:tc>
          <w:tcPr>
            <w:tcW w:w="3402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F702818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2,20</w:t>
            </w:r>
          </w:p>
        </w:tc>
        <w:tc>
          <w:tcPr>
            <w:tcW w:w="3402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1CBF0B92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2,20</w:t>
            </w:r>
          </w:p>
        </w:tc>
      </w:tr>
      <w:tr w:rsidR="00F03D2B" w14:paraId="090D2307" w14:textId="77777777">
        <w:trPr>
          <w:cantSplit/>
          <w:jc w:val="center"/>
        </w:trPr>
        <w:tc>
          <w:tcPr>
            <w:tcW w:w="2835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AE3BF54" w14:textId="77777777" w:rsidR="00F03D2B" w:rsidRDefault="00000000">
            <w:pPr>
              <w:spacing w:after="0"/>
            </w:pPr>
            <w:r>
              <w:rPr>
                <w:b/>
                <w:sz w:val="16"/>
              </w:rPr>
              <w:t>Рабочая поверхность</w:t>
            </w:r>
          </w:p>
        </w:tc>
        <w:tc>
          <w:tcPr>
            <w:tcW w:w="3402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E2FF66C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двухсторонняя, тиснение по глянцу</w:t>
            </w:r>
          </w:p>
        </w:tc>
        <w:tc>
          <w:tcPr>
            <w:tcW w:w="3402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10D5F48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двухсторонняя, тиснение по глянцу</w:t>
            </w:r>
          </w:p>
        </w:tc>
      </w:tr>
      <w:tr w:rsidR="00F03D2B" w14:paraId="36D52753" w14:textId="77777777">
        <w:trPr>
          <w:cantSplit/>
          <w:jc w:val="center"/>
        </w:trPr>
        <w:tc>
          <w:tcPr>
            <w:tcW w:w="2835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8057D29" w14:textId="77777777" w:rsidR="00F03D2B" w:rsidRDefault="00000000">
            <w:pPr>
              <w:spacing w:after="0"/>
            </w:pPr>
            <w:r>
              <w:rPr>
                <w:b/>
                <w:sz w:val="16"/>
              </w:rPr>
              <w:t>Форма расчёта</w:t>
            </w:r>
          </w:p>
        </w:tc>
        <w:tc>
          <w:tcPr>
            <w:tcW w:w="3402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59F81E2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м2/ доска 3 м./ м.п.</w:t>
            </w:r>
          </w:p>
        </w:tc>
        <w:tc>
          <w:tcPr>
            <w:tcW w:w="3402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3469BD6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м2/ доска 3 м./ м.п.</w:t>
            </w:r>
          </w:p>
        </w:tc>
      </w:tr>
      <w:tr w:rsidR="00F03D2B" w14:paraId="1CA2DF83" w14:textId="77777777">
        <w:trPr>
          <w:cantSplit/>
          <w:jc w:val="center"/>
        </w:trPr>
        <w:tc>
          <w:tcPr>
            <w:tcW w:w="2835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A52790A" w14:textId="77777777" w:rsidR="00F03D2B" w:rsidRDefault="00000000">
            <w:pPr>
              <w:spacing w:after="0"/>
            </w:pPr>
            <w:r>
              <w:rPr>
                <w:b/>
                <w:sz w:val="16"/>
              </w:rPr>
              <w:t>Безналичный без НДС / наличный</w:t>
            </w:r>
          </w:p>
        </w:tc>
        <w:tc>
          <w:tcPr>
            <w:tcW w:w="3402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8FA3EF6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3306 / 1389/ 463</w:t>
            </w:r>
          </w:p>
        </w:tc>
        <w:tc>
          <w:tcPr>
            <w:tcW w:w="3402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34E4466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3756/ 1578/ 526</w:t>
            </w:r>
          </w:p>
        </w:tc>
      </w:tr>
    </w:tbl>
    <w:p w14:paraId="2F657224" w14:textId="77777777" w:rsidR="00F03D2B" w:rsidRDefault="00F03D2B">
      <w:pPr>
        <w:spacing w:after="40"/>
      </w:pPr>
    </w:p>
    <w:p w14:paraId="61D8A8D7" w14:textId="77777777" w:rsidR="00F03D2B" w:rsidRDefault="00000000">
      <w:pPr>
        <w:pStyle w:val="1"/>
        <w:spacing w:before="160" w:after="100"/>
      </w:pPr>
      <w:r>
        <w:t>Ступень</w:t>
      </w:r>
    </w:p>
    <w:tbl>
      <w:tblPr>
        <w:tblStyle w:val="aff0"/>
        <w:tblW w:w="0" w:type="auto"/>
        <w:jc w:val="center"/>
        <w:tblBorders>
          <w:top w:val="single" w:sz="4" w:space="0" w:color="DDD5CE"/>
          <w:left w:val="single" w:sz="4" w:space="0" w:color="DDD5CE"/>
          <w:bottom w:val="single" w:sz="4" w:space="0" w:color="DDD5CE"/>
          <w:right w:val="single" w:sz="4" w:space="0" w:color="DDD5CE"/>
          <w:insideH w:val="single" w:sz="4" w:space="0" w:color="DDD5CE"/>
          <w:insideV w:val="single" w:sz="4" w:space="0" w:color="DDD5CE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669"/>
      </w:tblGrid>
      <w:tr w:rsidR="00F03D2B" w14:paraId="3DC4CFFD" w14:textId="77777777">
        <w:trPr>
          <w:cantSplit/>
          <w:tblHeader/>
          <w:jc w:val="center"/>
        </w:trPr>
        <w:tc>
          <w:tcPr>
            <w:tcW w:w="3969" w:type="dxa"/>
            <w:shd w:val="clear" w:color="auto" w:fill="4B3025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FD2312C" w14:textId="77777777" w:rsidR="00F03D2B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Характеристики</w:t>
            </w:r>
          </w:p>
        </w:tc>
        <w:tc>
          <w:tcPr>
            <w:tcW w:w="5669" w:type="dxa"/>
            <w:shd w:val="clear" w:color="auto" w:fill="4B3025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DB5427F" w14:textId="4BB1DEE4" w:rsidR="00F03D2B" w:rsidRDefault="00F03D2B">
            <w:pPr>
              <w:spacing w:after="0"/>
              <w:jc w:val="center"/>
            </w:pPr>
          </w:p>
        </w:tc>
      </w:tr>
      <w:tr w:rsidR="00F03D2B" w:rsidRPr="00FA4CF3" w14:paraId="4E3CB70A" w14:textId="77777777">
        <w:trPr>
          <w:cantSplit/>
          <w:jc w:val="center"/>
        </w:trPr>
        <w:tc>
          <w:tcPr>
            <w:tcW w:w="39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26BEC2F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Цвет</w:t>
            </w:r>
          </w:p>
        </w:tc>
        <w:tc>
          <w:tcPr>
            <w:tcW w:w="56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150A7A8" w14:textId="77777777" w:rsidR="00F03D2B" w:rsidRPr="00FA4CF3" w:rsidRDefault="00000000">
            <w:pPr>
              <w:spacing w:after="0"/>
              <w:jc w:val="center"/>
              <w:rPr>
                <w:lang w:val="ru-RU"/>
              </w:rPr>
            </w:pPr>
            <w:r w:rsidRPr="00FA4CF3">
              <w:rPr>
                <w:sz w:val="17"/>
                <w:lang w:val="ru-RU"/>
              </w:rPr>
              <w:t>серый / свет. дерево/ шоколад/ черный</w:t>
            </w:r>
          </w:p>
        </w:tc>
      </w:tr>
      <w:tr w:rsidR="00F03D2B" w14:paraId="3AB18AF2" w14:textId="77777777">
        <w:trPr>
          <w:cantSplit/>
          <w:jc w:val="center"/>
        </w:trPr>
        <w:tc>
          <w:tcPr>
            <w:tcW w:w="39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A46E0C4" w14:textId="77777777" w:rsidR="00F03D2B" w:rsidRDefault="00000000">
            <w:pPr>
              <w:spacing w:after="0"/>
            </w:pPr>
            <w:proofErr w:type="spellStart"/>
            <w:r>
              <w:rPr>
                <w:b/>
                <w:sz w:val="17"/>
              </w:rPr>
              <w:t>Профиль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мм</w:t>
            </w:r>
            <w:proofErr w:type="spellEnd"/>
          </w:p>
        </w:tc>
        <w:tc>
          <w:tcPr>
            <w:tcW w:w="56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C29626B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320*22</w:t>
            </w:r>
          </w:p>
        </w:tc>
      </w:tr>
      <w:tr w:rsidR="00F03D2B" w14:paraId="69B861AE" w14:textId="77777777">
        <w:trPr>
          <w:cantSplit/>
          <w:jc w:val="center"/>
        </w:trPr>
        <w:tc>
          <w:tcPr>
            <w:tcW w:w="39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82C4B38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Тип ступени</w:t>
            </w:r>
          </w:p>
        </w:tc>
        <w:tc>
          <w:tcPr>
            <w:tcW w:w="56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64E6CFF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пустотелая</w:t>
            </w:r>
          </w:p>
        </w:tc>
      </w:tr>
      <w:tr w:rsidR="00F03D2B" w14:paraId="4870B35E" w14:textId="77777777">
        <w:trPr>
          <w:cantSplit/>
          <w:jc w:val="center"/>
        </w:trPr>
        <w:tc>
          <w:tcPr>
            <w:tcW w:w="39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1883164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Длина, м</w:t>
            </w:r>
          </w:p>
        </w:tc>
        <w:tc>
          <w:tcPr>
            <w:tcW w:w="56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0DBB9B9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3/4</w:t>
            </w:r>
          </w:p>
        </w:tc>
      </w:tr>
      <w:tr w:rsidR="00F03D2B" w14:paraId="40480BDF" w14:textId="77777777">
        <w:trPr>
          <w:cantSplit/>
          <w:jc w:val="center"/>
        </w:trPr>
        <w:tc>
          <w:tcPr>
            <w:tcW w:w="39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69DE9BA" w14:textId="77777777" w:rsidR="00F03D2B" w:rsidRPr="00FA4CF3" w:rsidRDefault="00000000">
            <w:pPr>
              <w:spacing w:after="0"/>
              <w:rPr>
                <w:lang w:val="ru-RU"/>
              </w:rPr>
            </w:pPr>
            <w:r w:rsidRPr="00FA4CF3">
              <w:rPr>
                <w:b/>
                <w:sz w:val="17"/>
                <w:lang w:val="ru-RU"/>
              </w:rPr>
              <w:t>Толщина: Рабочая поверхность / ребра жесткости, мм</w:t>
            </w:r>
          </w:p>
        </w:tc>
        <w:tc>
          <w:tcPr>
            <w:tcW w:w="56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131C507A" w14:textId="77777777" w:rsidR="00F03D2B" w:rsidRDefault="00000000">
            <w:pPr>
              <w:spacing w:after="0"/>
              <w:jc w:val="center"/>
            </w:pPr>
            <w:proofErr w:type="spellStart"/>
            <w:r>
              <w:rPr>
                <w:sz w:val="17"/>
              </w:rPr>
              <w:t>сверх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усиленная</w:t>
            </w:r>
            <w:proofErr w:type="spellEnd"/>
            <w:r>
              <w:rPr>
                <w:sz w:val="17"/>
              </w:rPr>
              <w:t xml:space="preserve"> / 7/5</w:t>
            </w:r>
          </w:p>
        </w:tc>
      </w:tr>
      <w:tr w:rsidR="00F03D2B" w14:paraId="2D3D26CA" w14:textId="77777777">
        <w:trPr>
          <w:cantSplit/>
          <w:jc w:val="center"/>
        </w:trPr>
        <w:tc>
          <w:tcPr>
            <w:tcW w:w="39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6FC42A7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Рабочая поверхность</w:t>
            </w:r>
          </w:p>
        </w:tc>
        <w:tc>
          <w:tcPr>
            <w:tcW w:w="56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695D5F0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вельвет</w:t>
            </w:r>
          </w:p>
        </w:tc>
      </w:tr>
      <w:tr w:rsidR="00F03D2B" w14:paraId="2882AF53" w14:textId="77777777">
        <w:trPr>
          <w:cantSplit/>
          <w:jc w:val="center"/>
        </w:trPr>
        <w:tc>
          <w:tcPr>
            <w:tcW w:w="39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1E05DB9E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Форма расчёта</w:t>
            </w:r>
          </w:p>
        </w:tc>
        <w:tc>
          <w:tcPr>
            <w:tcW w:w="56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1C6F3C5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ступень 3 м./ м.п.</w:t>
            </w:r>
          </w:p>
        </w:tc>
      </w:tr>
      <w:tr w:rsidR="00F03D2B" w14:paraId="42ED03C3" w14:textId="77777777">
        <w:trPr>
          <w:cantSplit/>
          <w:jc w:val="center"/>
        </w:trPr>
        <w:tc>
          <w:tcPr>
            <w:tcW w:w="39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88CC610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Безналичный без НДС / наличный</w:t>
            </w:r>
          </w:p>
        </w:tc>
        <w:tc>
          <w:tcPr>
            <w:tcW w:w="56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B973586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6897/ 2299</w:t>
            </w:r>
          </w:p>
        </w:tc>
      </w:tr>
    </w:tbl>
    <w:p w14:paraId="19B61E84" w14:textId="77777777" w:rsidR="00F03D2B" w:rsidRDefault="00F03D2B">
      <w:pPr>
        <w:spacing w:after="40"/>
      </w:pPr>
    </w:p>
    <w:p w14:paraId="7ABD7D26" w14:textId="77777777" w:rsidR="00F03D2B" w:rsidRDefault="00F03D2B">
      <w:pPr>
        <w:spacing w:after="40"/>
      </w:pPr>
    </w:p>
    <w:p w14:paraId="52771AC8" w14:textId="77777777" w:rsidR="00F03D2B" w:rsidRDefault="00000000">
      <w:pPr>
        <w:pStyle w:val="1"/>
        <w:spacing w:before="160" w:after="100"/>
      </w:pPr>
      <w:r>
        <w:t>Комплектующие</w:t>
      </w:r>
    </w:p>
    <w:tbl>
      <w:tblPr>
        <w:tblStyle w:val="aff0"/>
        <w:tblW w:w="0" w:type="auto"/>
        <w:jc w:val="center"/>
        <w:tblBorders>
          <w:top w:val="single" w:sz="4" w:space="0" w:color="DDD5CE"/>
          <w:left w:val="single" w:sz="4" w:space="0" w:color="DDD5CE"/>
          <w:bottom w:val="single" w:sz="4" w:space="0" w:color="DDD5CE"/>
          <w:right w:val="single" w:sz="4" w:space="0" w:color="DDD5CE"/>
          <w:insideH w:val="single" w:sz="4" w:space="0" w:color="DDD5CE"/>
          <w:insideV w:val="single" w:sz="4" w:space="0" w:color="DDD5CE"/>
        </w:tblBorders>
        <w:tblLayout w:type="fixed"/>
        <w:tblLook w:val="04A0" w:firstRow="1" w:lastRow="0" w:firstColumn="1" w:lastColumn="0" w:noHBand="0" w:noVBand="1"/>
      </w:tblPr>
      <w:tblGrid>
        <w:gridCol w:w="5669"/>
        <w:gridCol w:w="3969"/>
      </w:tblGrid>
      <w:tr w:rsidR="00F03D2B" w:rsidRPr="00FA4CF3" w14:paraId="505B6208" w14:textId="77777777">
        <w:trPr>
          <w:cantSplit/>
          <w:tblHeader/>
          <w:jc w:val="center"/>
        </w:trPr>
        <w:tc>
          <w:tcPr>
            <w:tcW w:w="5669" w:type="dxa"/>
            <w:shd w:val="clear" w:color="auto" w:fill="4B3025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E4B4DC9" w14:textId="77777777" w:rsidR="00F03D2B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Наименование</w:t>
            </w:r>
          </w:p>
        </w:tc>
        <w:tc>
          <w:tcPr>
            <w:tcW w:w="3969" w:type="dxa"/>
            <w:shd w:val="clear" w:color="auto" w:fill="4B3025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9F3FDC5" w14:textId="77777777" w:rsidR="00F03D2B" w:rsidRPr="00FA4CF3" w:rsidRDefault="00000000">
            <w:pPr>
              <w:spacing w:after="0"/>
              <w:jc w:val="center"/>
              <w:rPr>
                <w:lang w:val="ru-RU"/>
              </w:rPr>
            </w:pPr>
            <w:r w:rsidRPr="00FA4CF3">
              <w:rPr>
                <w:b/>
                <w:color w:val="FFFFFF"/>
                <w:sz w:val="16"/>
                <w:lang w:val="ru-RU"/>
              </w:rPr>
              <w:t xml:space="preserve">Безналичный без НДС / наличный, </w:t>
            </w:r>
            <w:proofErr w:type="spellStart"/>
            <w:r w:rsidRPr="00FA4CF3">
              <w:rPr>
                <w:b/>
                <w:color w:val="FFFFFF"/>
                <w:sz w:val="16"/>
                <w:lang w:val="ru-RU"/>
              </w:rPr>
              <w:t>руб</w:t>
            </w:r>
            <w:proofErr w:type="spellEnd"/>
          </w:p>
        </w:tc>
      </w:tr>
      <w:tr w:rsidR="00F03D2B" w14:paraId="2E320AFB" w14:textId="77777777">
        <w:trPr>
          <w:cantSplit/>
          <w:jc w:val="center"/>
        </w:trPr>
        <w:tc>
          <w:tcPr>
            <w:tcW w:w="56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CCCA339" w14:textId="77777777" w:rsidR="00F03D2B" w:rsidRDefault="00000000">
            <w:pPr>
              <w:spacing w:after="0"/>
            </w:pPr>
            <w:proofErr w:type="spellStart"/>
            <w:r>
              <w:rPr>
                <w:b/>
              </w:rPr>
              <w:t>Кляймер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шовный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стартовый</w:t>
            </w:r>
            <w:proofErr w:type="spellEnd"/>
          </w:p>
        </w:tc>
        <w:tc>
          <w:tcPr>
            <w:tcW w:w="39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19EA523" w14:textId="77777777" w:rsidR="00F03D2B" w:rsidRDefault="00000000">
            <w:pPr>
              <w:spacing w:after="0"/>
              <w:jc w:val="center"/>
            </w:pPr>
            <w:r>
              <w:t>26</w:t>
            </w:r>
          </w:p>
        </w:tc>
      </w:tr>
      <w:tr w:rsidR="00F03D2B" w14:paraId="1B524F3B" w14:textId="77777777">
        <w:trPr>
          <w:cantSplit/>
          <w:jc w:val="center"/>
        </w:trPr>
        <w:tc>
          <w:tcPr>
            <w:tcW w:w="56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0DBFBCD" w14:textId="77777777" w:rsidR="00F03D2B" w:rsidRDefault="00000000">
            <w:pPr>
              <w:spacing w:after="0"/>
            </w:pPr>
            <w:r>
              <w:rPr>
                <w:b/>
              </w:rPr>
              <w:t>Угол дпк (55*35*3000 мм)</w:t>
            </w:r>
          </w:p>
        </w:tc>
        <w:tc>
          <w:tcPr>
            <w:tcW w:w="39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257BF4A" w14:textId="77777777" w:rsidR="00F03D2B" w:rsidRDefault="00000000">
            <w:pPr>
              <w:spacing w:after="0"/>
              <w:jc w:val="center"/>
            </w:pPr>
            <w:r>
              <w:t>1 107</w:t>
            </w:r>
          </w:p>
        </w:tc>
      </w:tr>
      <w:tr w:rsidR="00F03D2B" w14:paraId="17C99A0D" w14:textId="77777777">
        <w:trPr>
          <w:cantSplit/>
          <w:jc w:val="center"/>
        </w:trPr>
        <w:tc>
          <w:tcPr>
            <w:tcW w:w="56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FB639A4" w14:textId="77777777" w:rsidR="00F03D2B" w:rsidRDefault="00000000">
            <w:pPr>
              <w:spacing w:after="0"/>
            </w:pPr>
            <w:r>
              <w:rPr>
                <w:b/>
              </w:rPr>
              <w:t>Лага дпк (50*25*3000 мм)</w:t>
            </w:r>
          </w:p>
        </w:tc>
        <w:tc>
          <w:tcPr>
            <w:tcW w:w="39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CCE0CB0" w14:textId="77777777" w:rsidR="00F03D2B" w:rsidRDefault="00000000">
            <w:pPr>
              <w:spacing w:after="0"/>
              <w:jc w:val="center"/>
            </w:pPr>
            <w:r>
              <w:t>668</w:t>
            </w:r>
          </w:p>
        </w:tc>
      </w:tr>
      <w:tr w:rsidR="00F03D2B" w14:paraId="4D237C0B" w14:textId="77777777">
        <w:trPr>
          <w:cantSplit/>
          <w:jc w:val="center"/>
        </w:trPr>
        <w:tc>
          <w:tcPr>
            <w:tcW w:w="56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C279D98" w14:textId="77777777" w:rsidR="00F03D2B" w:rsidRDefault="00000000">
            <w:pPr>
              <w:spacing w:after="0"/>
            </w:pPr>
            <w:r>
              <w:rPr>
                <w:b/>
              </w:rPr>
              <w:t>Лага дпк (50*40*3000 мм)</w:t>
            </w:r>
          </w:p>
        </w:tc>
        <w:tc>
          <w:tcPr>
            <w:tcW w:w="39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6D5A4E4" w14:textId="77777777" w:rsidR="00F03D2B" w:rsidRDefault="00000000">
            <w:pPr>
              <w:spacing w:after="0"/>
              <w:jc w:val="center"/>
            </w:pPr>
            <w:r>
              <w:t>890</w:t>
            </w:r>
          </w:p>
        </w:tc>
      </w:tr>
    </w:tbl>
    <w:p w14:paraId="655A9B32" w14:textId="77777777" w:rsidR="00F03D2B" w:rsidRDefault="00F03D2B">
      <w:pPr>
        <w:spacing w:after="40"/>
      </w:pPr>
    </w:p>
    <w:p w14:paraId="6000A7E7" w14:textId="77777777" w:rsidR="00F03D2B" w:rsidRDefault="00000000">
      <w:pPr>
        <w:pStyle w:val="1"/>
        <w:pageBreakBefore/>
        <w:spacing w:before="160" w:after="100"/>
      </w:pPr>
      <w:r>
        <w:lastRenderedPageBreak/>
        <w:t>Фасадная доска</w:t>
      </w:r>
    </w:p>
    <w:tbl>
      <w:tblPr>
        <w:tblStyle w:val="aff0"/>
        <w:tblW w:w="0" w:type="auto"/>
        <w:jc w:val="center"/>
        <w:tblBorders>
          <w:top w:val="single" w:sz="4" w:space="0" w:color="DDD5CE"/>
          <w:left w:val="single" w:sz="4" w:space="0" w:color="DDD5CE"/>
          <w:bottom w:val="single" w:sz="4" w:space="0" w:color="DDD5CE"/>
          <w:right w:val="single" w:sz="4" w:space="0" w:color="DDD5CE"/>
          <w:insideH w:val="single" w:sz="4" w:space="0" w:color="DDD5CE"/>
          <w:insideV w:val="single" w:sz="4" w:space="0" w:color="DDD5CE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669"/>
      </w:tblGrid>
      <w:tr w:rsidR="00F03D2B" w14:paraId="1210090E" w14:textId="77777777">
        <w:trPr>
          <w:cantSplit/>
          <w:tblHeader/>
          <w:jc w:val="center"/>
        </w:trPr>
        <w:tc>
          <w:tcPr>
            <w:tcW w:w="3969" w:type="dxa"/>
            <w:shd w:val="clear" w:color="auto" w:fill="4B3025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1436217C" w14:textId="77777777" w:rsidR="00F03D2B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Характеристики</w:t>
            </w:r>
          </w:p>
        </w:tc>
        <w:tc>
          <w:tcPr>
            <w:tcW w:w="5669" w:type="dxa"/>
            <w:shd w:val="clear" w:color="auto" w:fill="4B3025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BAF6058" w14:textId="5DEBFAF0" w:rsidR="00F03D2B" w:rsidRDefault="00F03D2B">
            <w:pPr>
              <w:spacing w:after="0"/>
              <w:jc w:val="center"/>
            </w:pPr>
          </w:p>
        </w:tc>
      </w:tr>
      <w:tr w:rsidR="00F03D2B" w:rsidRPr="00FA4CF3" w14:paraId="68122932" w14:textId="77777777">
        <w:trPr>
          <w:cantSplit/>
          <w:jc w:val="center"/>
        </w:trPr>
        <w:tc>
          <w:tcPr>
            <w:tcW w:w="39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C3825F2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Цвет</w:t>
            </w:r>
          </w:p>
        </w:tc>
        <w:tc>
          <w:tcPr>
            <w:tcW w:w="56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1146FCE" w14:textId="77777777" w:rsidR="00F03D2B" w:rsidRPr="00FA4CF3" w:rsidRDefault="00000000">
            <w:pPr>
              <w:spacing w:after="0"/>
              <w:jc w:val="center"/>
              <w:rPr>
                <w:lang w:val="ru-RU"/>
              </w:rPr>
            </w:pPr>
            <w:r w:rsidRPr="00FA4CF3">
              <w:rPr>
                <w:sz w:val="17"/>
                <w:lang w:val="ru-RU"/>
              </w:rPr>
              <w:t>серый / свет. дерево/ шоколад/ черный</w:t>
            </w:r>
          </w:p>
        </w:tc>
      </w:tr>
      <w:tr w:rsidR="00F03D2B" w14:paraId="46B10DDE" w14:textId="77777777">
        <w:trPr>
          <w:cantSplit/>
          <w:jc w:val="center"/>
        </w:trPr>
        <w:tc>
          <w:tcPr>
            <w:tcW w:w="39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1BC34A91" w14:textId="77777777" w:rsidR="00F03D2B" w:rsidRDefault="00000000">
            <w:pPr>
              <w:spacing w:after="0"/>
            </w:pPr>
            <w:proofErr w:type="spellStart"/>
            <w:r>
              <w:rPr>
                <w:b/>
                <w:sz w:val="17"/>
              </w:rPr>
              <w:t>Профиль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мм</w:t>
            </w:r>
            <w:proofErr w:type="spellEnd"/>
          </w:p>
        </w:tc>
        <w:tc>
          <w:tcPr>
            <w:tcW w:w="56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E1069A1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113*12</w:t>
            </w:r>
          </w:p>
        </w:tc>
      </w:tr>
      <w:tr w:rsidR="00F03D2B" w14:paraId="59E378FF" w14:textId="77777777">
        <w:trPr>
          <w:cantSplit/>
          <w:jc w:val="center"/>
        </w:trPr>
        <w:tc>
          <w:tcPr>
            <w:tcW w:w="39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116DE953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Тип ступени</w:t>
            </w:r>
          </w:p>
        </w:tc>
        <w:tc>
          <w:tcPr>
            <w:tcW w:w="56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09CC94D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Полнотелая</w:t>
            </w:r>
          </w:p>
        </w:tc>
      </w:tr>
      <w:tr w:rsidR="00F03D2B" w14:paraId="2D547376" w14:textId="77777777">
        <w:trPr>
          <w:cantSplit/>
          <w:jc w:val="center"/>
        </w:trPr>
        <w:tc>
          <w:tcPr>
            <w:tcW w:w="39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6A5A94E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Длина, м</w:t>
            </w:r>
          </w:p>
        </w:tc>
        <w:tc>
          <w:tcPr>
            <w:tcW w:w="56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1C5CC092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2/3</w:t>
            </w:r>
          </w:p>
        </w:tc>
      </w:tr>
      <w:tr w:rsidR="00F03D2B" w14:paraId="45C365EC" w14:textId="77777777">
        <w:trPr>
          <w:cantSplit/>
          <w:jc w:val="center"/>
        </w:trPr>
        <w:tc>
          <w:tcPr>
            <w:tcW w:w="39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1BDE4837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Соединения</w:t>
            </w:r>
          </w:p>
        </w:tc>
        <w:tc>
          <w:tcPr>
            <w:tcW w:w="56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985315C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Шип-паз</w:t>
            </w:r>
          </w:p>
        </w:tc>
      </w:tr>
      <w:tr w:rsidR="00F03D2B" w14:paraId="46C88900" w14:textId="77777777">
        <w:trPr>
          <w:cantSplit/>
          <w:jc w:val="center"/>
        </w:trPr>
        <w:tc>
          <w:tcPr>
            <w:tcW w:w="39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429DDDB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Рабочая поверхность</w:t>
            </w:r>
          </w:p>
        </w:tc>
        <w:tc>
          <w:tcPr>
            <w:tcW w:w="56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5311392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тиснение по глянцу</w:t>
            </w:r>
          </w:p>
        </w:tc>
      </w:tr>
      <w:tr w:rsidR="00F03D2B" w14:paraId="280B29AE" w14:textId="77777777">
        <w:trPr>
          <w:cantSplit/>
          <w:jc w:val="center"/>
        </w:trPr>
        <w:tc>
          <w:tcPr>
            <w:tcW w:w="39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163CB159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Форма расчёта</w:t>
            </w:r>
          </w:p>
        </w:tc>
        <w:tc>
          <w:tcPr>
            <w:tcW w:w="56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16C6FD6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м2/ доска 3 м./ м.п.</w:t>
            </w:r>
          </w:p>
        </w:tc>
      </w:tr>
      <w:tr w:rsidR="00F03D2B" w14:paraId="5FED73F0" w14:textId="77777777">
        <w:trPr>
          <w:cantSplit/>
          <w:jc w:val="center"/>
        </w:trPr>
        <w:tc>
          <w:tcPr>
            <w:tcW w:w="39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F4AAFE2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Безналичный без НДС / наличный</w:t>
            </w:r>
          </w:p>
        </w:tc>
        <w:tc>
          <w:tcPr>
            <w:tcW w:w="56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F4A495D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3430 /1164/388</w:t>
            </w:r>
          </w:p>
        </w:tc>
      </w:tr>
    </w:tbl>
    <w:p w14:paraId="3385A178" w14:textId="77777777" w:rsidR="00F03D2B" w:rsidRDefault="00F03D2B">
      <w:pPr>
        <w:spacing w:after="40"/>
      </w:pPr>
    </w:p>
    <w:p w14:paraId="289045EC" w14:textId="77777777" w:rsidR="00F03D2B" w:rsidRDefault="00F03D2B">
      <w:pPr>
        <w:spacing w:after="40"/>
      </w:pPr>
    </w:p>
    <w:p w14:paraId="41D73398" w14:textId="77777777" w:rsidR="00F03D2B" w:rsidRDefault="00000000">
      <w:pPr>
        <w:pStyle w:val="1"/>
        <w:spacing w:before="160" w:after="100"/>
      </w:pPr>
      <w:r>
        <w:t>Доска Стандарт Полнотелая</w:t>
      </w:r>
    </w:p>
    <w:tbl>
      <w:tblPr>
        <w:tblStyle w:val="aff0"/>
        <w:tblW w:w="0" w:type="auto"/>
        <w:jc w:val="center"/>
        <w:tblBorders>
          <w:top w:val="single" w:sz="4" w:space="0" w:color="DDD5CE"/>
          <w:left w:val="single" w:sz="4" w:space="0" w:color="DDD5CE"/>
          <w:bottom w:val="single" w:sz="4" w:space="0" w:color="DDD5CE"/>
          <w:right w:val="single" w:sz="4" w:space="0" w:color="DDD5CE"/>
          <w:insideH w:val="single" w:sz="4" w:space="0" w:color="DDD5CE"/>
          <w:insideV w:val="single" w:sz="4" w:space="0" w:color="DDD5CE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669"/>
      </w:tblGrid>
      <w:tr w:rsidR="00F03D2B" w14:paraId="69C5C5C5" w14:textId="77777777">
        <w:trPr>
          <w:cantSplit/>
          <w:tblHeader/>
          <w:jc w:val="center"/>
        </w:trPr>
        <w:tc>
          <w:tcPr>
            <w:tcW w:w="3969" w:type="dxa"/>
            <w:shd w:val="clear" w:color="auto" w:fill="4B3025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7E32548" w14:textId="77777777" w:rsidR="00F03D2B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Характеристики</w:t>
            </w:r>
          </w:p>
        </w:tc>
        <w:tc>
          <w:tcPr>
            <w:tcW w:w="5669" w:type="dxa"/>
            <w:shd w:val="clear" w:color="auto" w:fill="4B3025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01A3DE8" w14:textId="4106B2C3" w:rsidR="00F03D2B" w:rsidRDefault="00F03D2B">
            <w:pPr>
              <w:spacing w:after="0"/>
              <w:jc w:val="center"/>
            </w:pPr>
          </w:p>
        </w:tc>
      </w:tr>
      <w:tr w:rsidR="00F03D2B" w:rsidRPr="00FA4CF3" w14:paraId="41C9B38E" w14:textId="77777777">
        <w:trPr>
          <w:cantSplit/>
          <w:jc w:val="center"/>
        </w:trPr>
        <w:tc>
          <w:tcPr>
            <w:tcW w:w="39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3410442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Цвет</w:t>
            </w:r>
          </w:p>
        </w:tc>
        <w:tc>
          <w:tcPr>
            <w:tcW w:w="56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04D552E" w14:textId="77777777" w:rsidR="00F03D2B" w:rsidRPr="00FA4CF3" w:rsidRDefault="00000000">
            <w:pPr>
              <w:spacing w:after="0"/>
              <w:jc w:val="center"/>
              <w:rPr>
                <w:lang w:val="ru-RU"/>
              </w:rPr>
            </w:pPr>
            <w:r w:rsidRPr="00FA4CF3">
              <w:rPr>
                <w:sz w:val="17"/>
                <w:lang w:val="ru-RU"/>
              </w:rPr>
              <w:t>серый / свет. дерево/ шоколад/ черный/</w:t>
            </w:r>
            <w:proofErr w:type="spellStart"/>
            <w:r w:rsidRPr="00FA4CF3">
              <w:rPr>
                <w:sz w:val="17"/>
                <w:lang w:val="ru-RU"/>
              </w:rPr>
              <w:t>венге</w:t>
            </w:r>
            <w:proofErr w:type="spellEnd"/>
          </w:p>
        </w:tc>
      </w:tr>
      <w:tr w:rsidR="00F03D2B" w14:paraId="3192277E" w14:textId="77777777">
        <w:trPr>
          <w:cantSplit/>
          <w:jc w:val="center"/>
        </w:trPr>
        <w:tc>
          <w:tcPr>
            <w:tcW w:w="39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1FA335D" w14:textId="77777777" w:rsidR="00F03D2B" w:rsidRDefault="00000000">
            <w:pPr>
              <w:spacing w:after="0"/>
            </w:pPr>
            <w:proofErr w:type="spellStart"/>
            <w:r>
              <w:rPr>
                <w:b/>
                <w:sz w:val="17"/>
              </w:rPr>
              <w:t>Профиль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мм</w:t>
            </w:r>
            <w:proofErr w:type="spellEnd"/>
          </w:p>
        </w:tc>
        <w:tc>
          <w:tcPr>
            <w:tcW w:w="56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6915C64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140*22</w:t>
            </w:r>
          </w:p>
        </w:tc>
      </w:tr>
      <w:tr w:rsidR="00F03D2B" w14:paraId="090B9642" w14:textId="77777777">
        <w:trPr>
          <w:cantSplit/>
          <w:jc w:val="center"/>
        </w:trPr>
        <w:tc>
          <w:tcPr>
            <w:tcW w:w="39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F01EB55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Тип ступени</w:t>
            </w:r>
          </w:p>
        </w:tc>
        <w:tc>
          <w:tcPr>
            <w:tcW w:w="56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17ADFE90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Полнотелая</w:t>
            </w:r>
          </w:p>
        </w:tc>
      </w:tr>
      <w:tr w:rsidR="00F03D2B" w14:paraId="545A3775" w14:textId="77777777">
        <w:trPr>
          <w:cantSplit/>
          <w:jc w:val="center"/>
        </w:trPr>
        <w:tc>
          <w:tcPr>
            <w:tcW w:w="39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1C902171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Длина, м</w:t>
            </w:r>
          </w:p>
        </w:tc>
        <w:tc>
          <w:tcPr>
            <w:tcW w:w="56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05FC01E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3/4</w:t>
            </w:r>
          </w:p>
        </w:tc>
      </w:tr>
      <w:tr w:rsidR="00F03D2B" w14:paraId="6742D26C" w14:textId="77777777">
        <w:trPr>
          <w:cantSplit/>
          <w:jc w:val="center"/>
        </w:trPr>
        <w:tc>
          <w:tcPr>
            <w:tcW w:w="39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40E674F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Вес 1 м.п., кг</w:t>
            </w:r>
          </w:p>
        </w:tc>
        <w:tc>
          <w:tcPr>
            <w:tcW w:w="56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79E1970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3,60</w:t>
            </w:r>
          </w:p>
        </w:tc>
      </w:tr>
      <w:tr w:rsidR="00F03D2B" w14:paraId="3225C208" w14:textId="77777777">
        <w:trPr>
          <w:cantSplit/>
          <w:jc w:val="center"/>
        </w:trPr>
        <w:tc>
          <w:tcPr>
            <w:tcW w:w="39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98F794A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Рабочая поверхность</w:t>
            </w:r>
          </w:p>
        </w:tc>
        <w:tc>
          <w:tcPr>
            <w:tcW w:w="56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02CCF9E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тиснение по глянцу</w:t>
            </w:r>
          </w:p>
        </w:tc>
      </w:tr>
      <w:tr w:rsidR="00F03D2B" w14:paraId="7DB11BF3" w14:textId="77777777">
        <w:trPr>
          <w:cantSplit/>
          <w:jc w:val="center"/>
        </w:trPr>
        <w:tc>
          <w:tcPr>
            <w:tcW w:w="39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D917A61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Форма расчёта</w:t>
            </w:r>
          </w:p>
        </w:tc>
        <w:tc>
          <w:tcPr>
            <w:tcW w:w="56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110D467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м2/ доска 3 м./ м.п.</w:t>
            </w:r>
          </w:p>
        </w:tc>
      </w:tr>
      <w:tr w:rsidR="00F03D2B" w14:paraId="1BF9D48E" w14:textId="77777777">
        <w:trPr>
          <w:cantSplit/>
          <w:jc w:val="center"/>
        </w:trPr>
        <w:tc>
          <w:tcPr>
            <w:tcW w:w="39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E8A43C0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Безналичный без НДС / наличный</w:t>
            </w:r>
          </w:p>
        </w:tc>
        <w:tc>
          <w:tcPr>
            <w:tcW w:w="56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955CF2D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8004/ 3363/ 1121</w:t>
            </w:r>
          </w:p>
        </w:tc>
      </w:tr>
    </w:tbl>
    <w:p w14:paraId="5A5C11F1" w14:textId="77777777" w:rsidR="00F03D2B" w:rsidRDefault="00F03D2B">
      <w:pPr>
        <w:spacing w:after="40"/>
      </w:pPr>
    </w:p>
    <w:p w14:paraId="192939E6" w14:textId="77777777" w:rsidR="00F03D2B" w:rsidRDefault="00000000">
      <w:pPr>
        <w:pStyle w:val="1"/>
        <w:spacing w:before="160" w:after="100"/>
      </w:pPr>
      <w:r>
        <w:t>Доска/Ступень 165*28 с Капиносом</w:t>
      </w:r>
    </w:p>
    <w:tbl>
      <w:tblPr>
        <w:tblStyle w:val="aff0"/>
        <w:tblW w:w="0" w:type="auto"/>
        <w:jc w:val="center"/>
        <w:tblBorders>
          <w:top w:val="single" w:sz="4" w:space="0" w:color="DDD5CE"/>
          <w:left w:val="single" w:sz="4" w:space="0" w:color="DDD5CE"/>
          <w:bottom w:val="single" w:sz="4" w:space="0" w:color="DDD5CE"/>
          <w:right w:val="single" w:sz="4" w:space="0" w:color="DDD5CE"/>
          <w:insideH w:val="single" w:sz="4" w:space="0" w:color="DDD5CE"/>
          <w:insideV w:val="single" w:sz="4" w:space="0" w:color="DDD5CE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669"/>
      </w:tblGrid>
      <w:tr w:rsidR="00F03D2B" w14:paraId="5962FBBF" w14:textId="77777777">
        <w:trPr>
          <w:cantSplit/>
          <w:tblHeader/>
          <w:jc w:val="center"/>
        </w:trPr>
        <w:tc>
          <w:tcPr>
            <w:tcW w:w="3969" w:type="dxa"/>
            <w:shd w:val="clear" w:color="auto" w:fill="4B3025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D9EDCE2" w14:textId="77777777" w:rsidR="00F03D2B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Характеристики</w:t>
            </w:r>
          </w:p>
        </w:tc>
        <w:tc>
          <w:tcPr>
            <w:tcW w:w="5669" w:type="dxa"/>
            <w:shd w:val="clear" w:color="auto" w:fill="4B3025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28CAA03" w14:textId="3904BA0F" w:rsidR="00F03D2B" w:rsidRDefault="00F03D2B">
            <w:pPr>
              <w:spacing w:after="0"/>
              <w:jc w:val="center"/>
            </w:pPr>
          </w:p>
        </w:tc>
      </w:tr>
      <w:tr w:rsidR="00F03D2B" w:rsidRPr="00FA4CF3" w14:paraId="22A04258" w14:textId="77777777">
        <w:trPr>
          <w:cantSplit/>
          <w:jc w:val="center"/>
        </w:trPr>
        <w:tc>
          <w:tcPr>
            <w:tcW w:w="39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560B33D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Цвет</w:t>
            </w:r>
          </w:p>
        </w:tc>
        <w:tc>
          <w:tcPr>
            <w:tcW w:w="56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9C917BC" w14:textId="77777777" w:rsidR="00F03D2B" w:rsidRPr="00FA4CF3" w:rsidRDefault="00000000">
            <w:pPr>
              <w:spacing w:after="0"/>
              <w:jc w:val="center"/>
              <w:rPr>
                <w:lang w:val="ru-RU"/>
              </w:rPr>
            </w:pPr>
            <w:r w:rsidRPr="00FA4CF3">
              <w:rPr>
                <w:sz w:val="17"/>
                <w:lang w:val="ru-RU"/>
              </w:rPr>
              <w:t>серый / свет. дерево/ шоколад/ черный/</w:t>
            </w:r>
            <w:proofErr w:type="spellStart"/>
            <w:r w:rsidRPr="00FA4CF3">
              <w:rPr>
                <w:sz w:val="17"/>
                <w:lang w:val="ru-RU"/>
              </w:rPr>
              <w:t>венге</w:t>
            </w:r>
            <w:proofErr w:type="spellEnd"/>
          </w:p>
        </w:tc>
      </w:tr>
      <w:tr w:rsidR="00F03D2B" w14:paraId="3786B619" w14:textId="77777777">
        <w:trPr>
          <w:cantSplit/>
          <w:jc w:val="center"/>
        </w:trPr>
        <w:tc>
          <w:tcPr>
            <w:tcW w:w="39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91DE289" w14:textId="77777777" w:rsidR="00F03D2B" w:rsidRDefault="00000000">
            <w:pPr>
              <w:spacing w:after="0"/>
            </w:pPr>
            <w:proofErr w:type="spellStart"/>
            <w:r>
              <w:rPr>
                <w:b/>
                <w:sz w:val="17"/>
              </w:rPr>
              <w:t>Профиль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мм</w:t>
            </w:r>
            <w:proofErr w:type="spellEnd"/>
          </w:p>
        </w:tc>
        <w:tc>
          <w:tcPr>
            <w:tcW w:w="56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A88A74C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165*28</w:t>
            </w:r>
          </w:p>
        </w:tc>
      </w:tr>
      <w:tr w:rsidR="00F03D2B" w14:paraId="23E01597" w14:textId="77777777">
        <w:trPr>
          <w:cantSplit/>
          <w:jc w:val="center"/>
        </w:trPr>
        <w:tc>
          <w:tcPr>
            <w:tcW w:w="39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604AC5B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Тип ступени</w:t>
            </w:r>
          </w:p>
        </w:tc>
        <w:tc>
          <w:tcPr>
            <w:tcW w:w="56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C54FFA4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пустотелая</w:t>
            </w:r>
          </w:p>
        </w:tc>
      </w:tr>
      <w:tr w:rsidR="00F03D2B" w14:paraId="0623C3AF" w14:textId="77777777">
        <w:trPr>
          <w:cantSplit/>
          <w:jc w:val="center"/>
        </w:trPr>
        <w:tc>
          <w:tcPr>
            <w:tcW w:w="39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6A9019E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Длина, м</w:t>
            </w:r>
          </w:p>
        </w:tc>
        <w:tc>
          <w:tcPr>
            <w:tcW w:w="56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CAFFA57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3/4</w:t>
            </w:r>
          </w:p>
        </w:tc>
      </w:tr>
      <w:tr w:rsidR="00F03D2B" w14:paraId="2080C73F" w14:textId="77777777">
        <w:trPr>
          <w:cantSplit/>
          <w:jc w:val="center"/>
        </w:trPr>
        <w:tc>
          <w:tcPr>
            <w:tcW w:w="39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516CF97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Вес 1 м.п., кг</w:t>
            </w:r>
          </w:p>
        </w:tc>
        <w:tc>
          <w:tcPr>
            <w:tcW w:w="56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726A47A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3,6</w:t>
            </w:r>
          </w:p>
        </w:tc>
      </w:tr>
      <w:tr w:rsidR="00F03D2B" w14:paraId="7509AA85" w14:textId="77777777">
        <w:trPr>
          <w:cantSplit/>
          <w:jc w:val="center"/>
        </w:trPr>
        <w:tc>
          <w:tcPr>
            <w:tcW w:w="39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7687729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Рабочая поверхность</w:t>
            </w:r>
          </w:p>
        </w:tc>
        <w:tc>
          <w:tcPr>
            <w:tcW w:w="56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DB00702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3Д тиснение</w:t>
            </w:r>
          </w:p>
        </w:tc>
      </w:tr>
      <w:tr w:rsidR="00F03D2B" w14:paraId="22948860" w14:textId="77777777">
        <w:trPr>
          <w:cantSplit/>
          <w:jc w:val="center"/>
        </w:trPr>
        <w:tc>
          <w:tcPr>
            <w:tcW w:w="39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EDFA582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Форма расчёта</w:t>
            </w:r>
          </w:p>
        </w:tc>
        <w:tc>
          <w:tcPr>
            <w:tcW w:w="5669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4DD2300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м2/ доска 3 м./ м.п.</w:t>
            </w:r>
          </w:p>
        </w:tc>
      </w:tr>
      <w:tr w:rsidR="00F03D2B" w14:paraId="14C1A0E4" w14:textId="77777777">
        <w:trPr>
          <w:cantSplit/>
          <w:jc w:val="center"/>
        </w:trPr>
        <w:tc>
          <w:tcPr>
            <w:tcW w:w="39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7408864" w14:textId="77777777" w:rsidR="00F03D2B" w:rsidRDefault="00000000">
            <w:pPr>
              <w:spacing w:after="0"/>
            </w:pPr>
            <w:r>
              <w:rPr>
                <w:b/>
                <w:sz w:val="17"/>
              </w:rPr>
              <w:t>Безналичный без НДС / наличный</w:t>
            </w:r>
          </w:p>
        </w:tc>
        <w:tc>
          <w:tcPr>
            <w:tcW w:w="5669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1BD430A" w14:textId="77777777" w:rsidR="00F03D2B" w:rsidRDefault="00000000">
            <w:pPr>
              <w:spacing w:after="0"/>
              <w:jc w:val="center"/>
            </w:pPr>
            <w:r>
              <w:rPr>
                <w:sz w:val="17"/>
              </w:rPr>
              <w:t>7636/3780/ 1260</w:t>
            </w:r>
          </w:p>
        </w:tc>
      </w:tr>
    </w:tbl>
    <w:p w14:paraId="6345FE87" w14:textId="77777777" w:rsidR="00F03D2B" w:rsidRDefault="00F03D2B">
      <w:pPr>
        <w:spacing w:after="40"/>
      </w:pPr>
    </w:p>
    <w:p w14:paraId="0F4267A0" w14:textId="77777777" w:rsidR="00F03D2B" w:rsidRDefault="00F03D2B">
      <w:pPr>
        <w:spacing w:after="40"/>
      </w:pPr>
    </w:p>
    <w:p w14:paraId="018E0BCB" w14:textId="77777777" w:rsidR="00F03D2B" w:rsidRDefault="00000000">
      <w:pPr>
        <w:pStyle w:val="1"/>
        <w:pageBreakBefore/>
        <w:spacing w:before="160" w:after="100"/>
      </w:pPr>
      <w:r>
        <w:lastRenderedPageBreak/>
        <w:t>Ограждения</w:t>
      </w:r>
    </w:p>
    <w:tbl>
      <w:tblPr>
        <w:tblStyle w:val="aff0"/>
        <w:tblW w:w="0" w:type="auto"/>
        <w:jc w:val="center"/>
        <w:tblBorders>
          <w:top w:val="single" w:sz="4" w:space="0" w:color="DDD5CE"/>
          <w:left w:val="single" w:sz="4" w:space="0" w:color="DDD5CE"/>
          <w:bottom w:val="single" w:sz="4" w:space="0" w:color="DDD5CE"/>
          <w:right w:val="single" w:sz="4" w:space="0" w:color="DDD5CE"/>
          <w:insideH w:val="single" w:sz="4" w:space="0" w:color="DDD5CE"/>
          <w:insideV w:val="single" w:sz="4" w:space="0" w:color="DDD5CE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268"/>
        <w:gridCol w:w="2268"/>
        <w:gridCol w:w="2268"/>
      </w:tblGrid>
      <w:tr w:rsidR="00F03D2B" w14:paraId="066C6BD9" w14:textId="77777777">
        <w:trPr>
          <w:cantSplit/>
          <w:tblHeader/>
          <w:jc w:val="center"/>
        </w:trPr>
        <w:tc>
          <w:tcPr>
            <w:tcW w:w="2835" w:type="dxa"/>
            <w:shd w:val="clear" w:color="auto" w:fill="4B3025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16713BB" w14:textId="77777777" w:rsidR="00F03D2B" w:rsidRDefault="00000000">
            <w:pPr>
              <w:spacing w:after="0"/>
            </w:pPr>
            <w:r>
              <w:rPr>
                <w:b/>
                <w:color w:val="FFFFFF"/>
                <w:sz w:val="16"/>
              </w:rPr>
              <w:t>Характеристики</w:t>
            </w:r>
          </w:p>
        </w:tc>
        <w:tc>
          <w:tcPr>
            <w:tcW w:w="2268" w:type="dxa"/>
            <w:shd w:val="clear" w:color="auto" w:fill="4B3025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A6CD47D" w14:textId="77777777" w:rsidR="00F03D2B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Столб</w:t>
            </w:r>
          </w:p>
        </w:tc>
        <w:tc>
          <w:tcPr>
            <w:tcW w:w="2268" w:type="dxa"/>
            <w:shd w:val="clear" w:color="auto" w:fill="4B3025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C207F67" w14:textId="77777777" w:rsidR="00F03D2B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Перила</w:t>
            </w:r>
          </w:p>
        </w:tc>
        <w:tc>
          <w:tcPr>
            <w:tcW w:w="2268" w:type="dxa"/>
            <w:shd w:val="clear" w:color="auto" w:fill="4B3025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5C44A89" w14:textId="77777777" w:rsidR="00F03D2B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Балясина</w:t>
            </w:r>
          </w:p>
        </w:tc>
      </w:tr>
      <w:tr w:rsidR="00F03D2B" w14:paraId="3FC7752F" w14:textId="77777777">
        <w:trPr>
          <w:cantSplit/>
          <w:jc w:val="center"/>
        </w:trPr>
        <w:tc>
          <w:tcPr>
            <w:tcW w:w="2835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87223E6" w14:textId="77777777" w:rsidR="00F03D2B" w:rsidRDefault="00000000">
            <w:pPr>
              <w:spacing w:after="0"/>
            </w:pPr>
            <w:r>
              <w:rPr>
                <w:b/>
                <w:sz w:val="16"/>
              </w:rPr>
              <w:t>Профиль, мм</w:t>
            </w:r>
          </w:p>
        </w:tc>
        <w:tc>
          <w:tcPr>
            <w:tcW w:w="2268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1DD7EDA6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123*123</w:t>
            </w:r>
          </w:p>
        </w:tc>
        <w:tc>
          <w:tcPr>
            <w:tcW w:w="2268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FC4AA87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90*45</w:t>
            </w:r>
          </w:p>
        </w:tc>
        <w:tc>
          <w:tcPr>
            <w:tcW w:w="2268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6CF0A35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51*51</w:t>
            </w:r>
          </w:p>
        </w:tc>
      </w:tr>
      <w:tr w:rsidR="00F03D2B" w14:paraId="268DCE1F" w14:textId="77777777">
        <w:trPr>
          <w:cantSplit/>
          <w:jc w:val="center"/>
        </w:trPr>
        <w:tc>
          <w:tcPr>
            <w:tcW w:w="2835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1E7756C" w14:textId="77777777" w:rsidR="00F03D2B" w:rsidRDefault="00000000">
            <w:pPr>
              <w:spacing w:after="0"/>
            </w:pPr>
            <w:r>
              <w:rPr>
                <w:b/>
                <w:sz w:val="16"/>
              </w:rPr>
              <w:t>Длина доски, м</w:t>
            </w:r>
          </w:p>
        </w:tc>
        <w:tc>
          <w:tcPr>
            <w:tcW w:w="2268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79098EA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2/3</w:t>
            </w:r>
          </w:p>
        </w:tc>
        <w:tc>
          <w:tcPr>
            <w:tcW w:w="2268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146F2F8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2/3</w:t>
            </w:r>
          </w:p>
        </w:tc>
        <w:tc>
          <w:tcPr>
            <w:tcW w:w="2268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9E3E325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2/3</w:t>
            </w:r>
          </w:p>
        </w:tc>
      </w:tr>
      <w:tr w:rsidR="00F03D2B" w14:paraId="49E65E7E" w14:textId="77777777">
        <w:trPr>
          <w:cantSplit/>
          <w:jc w:val="center"/>
        </w:trPr>
        <w:tc>
          <w:tcPr>
            <w:tcW w:w="2835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9294046" w14:textId="77777777" w:rsidR="00F03D2B" w:rsidRDefault="00000000">
            <w:pPr>
              <w:spacing w:after="0"/>
            </w:pPr>
            <w:r>
              <w:rPr>
                <w:b/>
                <w:sz w:val="16"/>
              </w:rPr>
              <w:t>Вес 1 м.п., кг</w:t>
            </w:r>
          </w:p>
        </w:tc>
        <w:tc>
          <w:tcPr>
            <w:tcW w:w="2268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E937C12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5,30</w:t>
            </w:r>
          </w:p>
        </w:tc>
        <w:tc>
          <w:tcPr>
            <w:tcW w:w="2268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B0B92AE" w14:textId="77777777" w:rsidR="00F03D2B" w:rsidRDefault="00F03D2B">
            <w:pPr>
              <w:spacing w:after="0"/>
              <w:jc w:val="center"/>
            </w:pPr>
          </w:p>
        </w:tc>
        <w:tc>
          <w:tcPr>
            <w:tcW w:w="2268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6071CBD" w14:textId="77777777" w:rsidR="00F03D2B" w:rsidRDefault="00F03D2B">
            <w:pPr>
              <w:spacing w:after="0"/>
              <w:jc w:val="center"/>
            </w:pPr>
          </w:p>
        </w:tc>
      </w:tr>
      <w:tr w:rsidR="00F03D2B" w14:paraId="378ECC05" w14:textId="77777777">
        <w:trPr>
          <w:cantSplit/>
          <w:jc w:val="center"/>
        </w:trPr>
        <w:tc>
          <w:tcPr>
            <w:tcW w:w="2835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5C3EDD4" w14:textId="77777777" w:rsidR="00F03D2B" w:rsidRDefault="00000000">
            <w:pPr>
              <w:spacing w:after="0"/>
            </w:pPr>
            <w:r>
              <w:rPr>
                <w:b/>
                <w:sz w:val="16"/>
              </w:rPr>
              <w:t>Рабочая поверхность</w:t>
            </w:r>
          </w:p>
        </w:tc>
        <w:tc>
          <w:tcPr>
            <w:tcW w:w="2268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887A0A0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3Д тиснение</w:t>
            </w:r>
          </w:p>
        </w:tc>
        <w:tc>
          <w:tcPr>
            <w:tcW w:w="2268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62A0653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3Д тиснение</w:t>
            </w:r>
          </w:p>
        </w:tc>
        <w:tc>
          <w:tcPr>
            <w:tcW w:w="2268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5415CB9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3Д тиснение</w:t>
            </w:r>
          </w:p>
        </w:tc>
      </w:tr>
      <w:tr w:rsidR="00F03D2B" w:rsidRPr="00FA4CF3" w14:paraId="1E2AE7D5" w14:textId="77777777">
        <w:trPr>
          <w:cantSplit/>
          <w:jc w:val="center"/>
        </w:trPr>
        <w:tc>
          <w:tcPr>
            <w:tcW w:w="2835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C35B919" w14:textId="77777777" w:rsidR="00F03D2B" w:rsidRPr="00FA4CF3" w:rsidRDefault="00000000">
            <w:pPr>
              <w:spacing w:after="0"/>
              <w:rPr>
                <w:lang w:val="ru-RU"/>
              </w:rPr>
            </w:pPr>
            <w:r w:rsidRPr="00FA4CF3">
              <w:rPr>
                <w:b/>
                <w:sz w:val="16"/>
                <w:lang w:val="ru-RU"/>
              </w:rPr>
              <w:t>Толщина: Рабочая поверхность / ребра жесткости, мм</w:t>
            </w:r>
          </w:p>
        </w:tc>
        <w:tc>
          <w:tcPr>
            <w:tcW w:w="2268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40AF9C1" w14:textId="77777777" w:rsidR="00F03D2B" w:rsidRPr="00FA4CF3" w:rsidRDefault="00F03D2B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2268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41C3CC1" w14:textId="77777777" w:rsidR="00F03D2B" w:rsidRPr="00FA4CF3" w:rsidRDefault="00F03D2B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2268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A537135" w14:textId="77777777" w:rsidR="00F03D2B" w:rsidRPr="00FA4CF3" w:rsidRDefault="00F03D2B">
            <w:pPr>
              <w:spacing w:after="0"/>
              <w:jc w:val="center"/>
              <w:rPr>
                <w:lang w:val="ru-RU"/>
              </w:rPr>
            </w:pPr>
          </w:p>
        </w:tc>
      </w:tr>
      <w:tr w:rsidR="00F03D2B" w:rsidRPr="00FA4CF3" w14:paraId="0C30EF78" w14:textId="77777777">
        <w:trPr>
          <w:cantSplit/>
          <w:jc w:val="center"/>
        </w:trPr>
        <w:tc>
          <w:tcPr>
            <w:tcW w:w="2835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6F0C873B" w14:textId="77777777" w:rsidR="00F03D2B" w:rsidRDefault="00000000">
            <w:pPr>
              <w:spacing w:after="0"/>
            </w:pPr>
            <w:proofErr w:type="spellStart"/>
            <w:r>
              <w:rPr>
                <w:b/>
                <w:sz w:val="16"/>
              </w:rPr>
              <w:t>Цвет</w:t>
            </w:r>
            <w:proofErr w:type="spellEnd"/>
          </w:p>
        </w:tc>
        <w:tc>
          <w:tcPr>
            <w:tcW w:w="2268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EACCCC2" w14:textId="77777777" w:rsidR="00F03D2B" w:rsidRPr="00FA4CF3" w:rsidRDefault="00000000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FA4CF3">
              <w:rPr>
                <w:sz w:val="16"/>
                <w:lang w:val="ru-RU"/>
              </w:rPr>
              <w:t>Венге</w:t>
            </w:r>
            <w:proofErr w:type="spellEnd"/>
            <w:r w:rsidRPr="00FA4CF3">
              <w:rPr>
                <w:sz w:val="16"/>
                <w:lang w:val="ru-RU"/>
              </w:rPr>
              <w:t>/черный/ шоколад/ серый/ свет. дерево</w:t>
            </w:r>
          </w:p>
        </w:tc>
        <w:tc>
          <w:tcPr>
            <w:tcW w:w="2268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637FEB9" w14:textId="77777777" w:rsidR="00F03D2B" w:rsidRPr="00FA4CF3" w:rsidRDefault="00000000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FA4CF3">
              <w:rPr>
                <w:sz w:val="16"/>
                <w:lang w:val="ru-RU"/>
              </w:rPr>
              <w:t>Венге</w:t>
            </w:r>
            <w:proofErr w:type="spellEnd"/>
            <w:r w:rsidRPr="00FA4CF3">
              <w:rPr>
                <w:sz w:val="16"/>
                <w:lang w:val="ru-RU"/>
              </w:rPr>
              <w:t>/черный/ шоколад/ серый/ свет. дерево</w:t>
            </w:r>
          </w:p>
        </w:tc>
        <w:tc>
          <w:tcPr>
            <w:tcW w:w="2268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D33EDA7" w14:textId="77777777" w:rsidR="00F03D2B" w:rsidRPr="00FA4CF3" w:rsidRDefault="00000000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FA4CF3">
              <w:rPr>
                <w:sz w:val="16"/>
                <w:lang w:val="ru-RU"/>
              </w:rPr>
              <w:t>Венге</w:t>
            </w:r>
            <w:proofErr w:type="spellEnd"/>
            <w:r w:rsidRPr="00FA4CF3">
              <w:rPr>
                <w:sz w:val="16"/>
                <w:lang w:val="ru-RU"/>
              </w:rPr>
              <w:t>/черный/ шоколад/ серый/ свет. дерево</w:t>
            </w:r>
          </w:p>
        </w:tc>
      </w:tr>
      <w:tr w:rsidR="00F03D2B" w14:paraId="50C364E4" w14:textId="77777777">
        <w:trPr>
          <w:cantSplit/>
          <w:jc w:val="center"/>
        </w:trPr>
        <w:tc>
          <w:tcPr>
            <w:tcW w:w="2835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4C5F933A" w14:textId="77777777" w:rsidR="00F03D2B" w:rsidRDefault="00000000">
            <w:pPr>
              <w:spacing w:after="0"/>
            </w:pPr>
            <w:proofErr w:type="spellStart"/>
            <w:r>
              <w:rPr>
                <w:b/>
                <w:sz w:val="16"/>
              </w:rPr>
              <w:t>Форма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расчёта</w:t>
            </w:r>
            <w:proofErr w:type="spellEnd"/>
          </w:p>
        </w:tc>
        <w:tc>
          <w:tcPr>
            <w:tcW w:w="2268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09A00099" w14:textId="22FF7CAF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(</w:t>
            </w:r>
            <w:r w:rsidR="00FA4CF3">
              <w:rPr>
                <w:sz w:val="16"/>
                <w:lang w:val="ru-RU"/>
              </w:rPr>
              <w:t xml:space="preserve">столб </w:t>
            </w:r>
            <w:r>
              <w:rPr>
                <w:sz w:val="16"/>
              </w:rPr>
              <w:t xml:space="preserve">3 м./ </w:t>
            </w:r>
            <w:proofErr w:type="spellStart"/>
            <w:r>
              <w:rPr>
                <w:sz w:val="16"/>
              </w:rPr>
              <w:t>м.п</w:t>
            </w:r>
            <w:proofErr w:type="spellEnd"/>
            <w:r>
              <w:rPr>
                <w:sz w:val="16"/>
              </w:rPr>
              <w:t>.)</w:t>
            </w:r>
          </w:p>
        </w:tc>
        <w:tc>
          <w:tcPr>
            <w:tcW w:w="2268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5A43AFF8" w14:textId="04DC1C04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(</w:t>
            </w:r>
            <w:r w:rsidR="00FA4CF3">
              <w:rPr>
                <w:sz w:val="16"/>
                <w:lang w:val="ru-RU"/>
              </w:rPr>
              <w:t xml:space="preserve">перила </w:t>
            </w:r>
            <w:r>
              <w:rPr>
                <w:sz w:val="16"/>
              </w:rPr>
              <w:t xml:space="preserve">3 м./ </w:t>
            </w:r>
            <w:proofErr w:type="spellStart"/>
            <w:r>
              <w:rPr>
                <w:sz w:val="16"/>
              </w:rPr>
              <w:t>м.п</w:t>
            </w:r>
            <w:proofErr w:type="spellEnd"/>
            <w:r>
              <w:rPr>
                <w:sz w:val="16"/>
              </w:rPr>
              <w:t>.)</w:t>
            </w:r>
          </w:p>
        </w:tc>
        <w:tc>
          <w:tcPr>
            <w:tcW w:w="2268" w:type="dxa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1C29462" w14:textId="1AC90C96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(</w:t>
            </w:r>
            <w:r w:rsidR="00FA4CF3">
              <w:rPr>
                <w:sz w:val="16"/>
                <w:lang w:val="ru-RU"/>
              </w:rPr>
              <w:t xml:space="preserve">балясина </w:t>
            </w:r>
            <w:r>
              <w:rPr>
                <w:sz w:val="16"/>
              </w:rPr>
              <w:t xml:space="preserve">3 м./ </w:t>
            </w:r>
            <w:proofErr w:type="spellStart"/>
            <w:r>
              <w:rPr>
                <w:sz w:val="16"/>
              </w:rPr>
              <w:t>м.п</w:t>
            </w:r>
            <w:proofErr w:type="spellEnd"/>
            <w:r>
              <w:rPr>
                <w:sz w:val="16"/>
              </w:rPr>
              <w:t>.)</w:t>
            </w:r>
          </w:p>
        </w:tc>
      </w:tr>
      <w:tr w:rsidR="00F03D2B" w14:paraId="446C441E" w14:textId="77777777">
        <w:trPr>
          <w:cantSplit/>
          <w:jc w:val="center"/>
        </w:trPr>
        <w:tc>
          <w:tcPr>
            <w:tcW w:w="2835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7302713E" w14:textId="77777777" w:rsidR="00F03D2B" w:rsidRDefault="00000000">
            <w:pPr>
              <w:spacing w:after="0"/>
            </w:pPr>
            <w:r>
              <w:rPr>
                <w:b/>
                <w:sz w:val="16"/>
              </w:rPr>
              <w:t>Безналичный без НДС / наличный</w:t>
            </w:r>
          </w:p>
        </w:tc>
        <w:tc>
          <w:tcPr>
            <w:tcW w:w="2268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FBF3F60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6270/ 2090</w:t>
            </w:r>
          </w:p>
        </w:tc>
        <w:tc>
          <w:tcPr>
            <w:tcW w:w="2268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26EF166D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2256/752</w:t>
            </w:r>
          </w:p>
        </w:tc>
        <w:tc>
          <w:tcPr>
            <w:tcW w:w="2268" w:type="dxa"/>
            <w:shd w:val="clear" w:color="auto" w:fill="F7F4F1"/>
            <w:tcMar>
              <w:top w:w="65" w:type="dxa"/>
              <w:left w:w="110" w:type="dxa"/>
              <w:bottom w:w="65" w:type="dxa"/>
              <w:right w:w="110" w:type="dxa"/>
            </w:tcMar>
            <w:vAlign w:val="center"/>
          </w:tcPr>
          <w:p w14:paraId="3D3C1130" w14:textId="77777777" w:rsidR="00F03D2B" w:rsidRDefault="00000000">
            <w:pPr>
              <w:spacing w:after="0"/>
              <w:jc w:val="center"/>
            </w:pPr>
            <w:r>
              <w:rPr>
                <w:sz w:val="16"/>
              </w:rPr>
              <w:t>1542/514</w:t>
            </w:r>
          </w:p>
        </w:tc>
      </w:tr>
    </w:tbl>
    <w:p w14:paraId="087DF909" w14:textId="77777777" w:rsidR="00F03D2B" w:rsidRDefault="00F03D2B">
      <w:pPr>
        <w:spacing w:after="40"/>
      </w:pPr>
    </w:p>
    <w:p w14:paraId="63C78258" w14:textId="77777777" w:rsidR="00F03D2B" w:rsidRDefault="00000000">
      <w:pPr>
        <w:spacing w:after="40"/>
        <w:jc w:val="center"/>
      </w:pPr>
      <w:r>
        <w:rPr>
          <w:b/>
          <w:color w:val="4B3025"/>
          <w:sz w:val="24"/>
        </w:rPr>
        <w:t>С уважением, ДПК Мербау</w:t>
      </w:r>
    </w:p>
    <w:p w14:paraId="77E04D05" w14:textId="77777777" w:rsidR="00F03D2B" w:rsidRDefault="00000000">
      <w:pPr>
        <w:spacing w:after="40"/>
        <w:jc w:val="center"/>
      </w:pPr>
      <w:r>
        <w:rPr>
          <w:color w:val="8B776B"/>
        </w:rPr>
        <w:t>тел. 8(383)310-01-38   |   почта: dpk-merbau@mail.ru   |   сайт: dpk-merbau.ru</w:t>
      </w:r>
    </w:p>
    <w:sectPr w:rsidR="00F03D2B" w:rsidSect="00034616">
      <w:headerReference w:type="default" r:id="rId8"/>
      <w:footerReference w:type="default" r:id="rId9"/>
      <w:pgSz w:w="12240" w:h="15840"/>
      <w:pgMar w:top="709" w:right="964" w:bottom="709" w:left="96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E3580" w14:textId="77777777" w:rsidR="00094809" w:rsidRDefault="00094809">
      <w:pPr>
        <w:spacing w:after="0" w:line="240" w:lineRule="auto"/>
      </w:pPr>
      <w:r>
        <w:separator/>
      </w:r>
    </w:p>
  </w:endnote>
  <w:endnote w:type="continuationSeparator" w:id="0">
    <w:p w14:paraId="53CC5096" w14:textId="77777777" w:rsidR="00094809" w:rsidRDefault="00094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D13DD" w14:textId="77777777" w:rsidR="00F03D2B" w:rsidRDefault="00000000">
    <w:pPr>
      <w:pStyle w:val="a7"/>
      <w:jc w:val="center"/>
    </w:pPr>
    <w:r>
      <w:rPr>
        <w:color w:val="8B776B"/>
        <w:sz w:val="16"/>
      </w:rPr>
      <w:t>dpk-merbau.ru   •   +7 (383) 310-01-38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63719" w14:textId="77777777" w:rsidR="00094809" w:rsidRDefault="00094809">
      <w:pPr>
        <w:spacing w:after="0" w:line="240" w:lineRule="auto"/>
      </w:pPr>
      <w:r>
        <w:separator/>
      </w:r>
    </w:p>
  </w:footnote>
  <w:footnote w:type="continuationSeparator" w:id="0">
    <w:p w14:paraId="734CB265" w14:textId="77777777" w:rsidR="00094809" w:rsidRDefault="00094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3581B" w14:textId="5F165BED" w:rsidR="00F03D2B" w:rsidRDefault="00FA4CF3">
    <w:pPr>
      <w:pStyle w:val="a5"/>
      <w:jc w:val="right"/>
    </w:pPr>
    <w:r>
      <w:rPr>
        <w:rFonts w:ascii="Times New Roman" w:hAnsi="Times New Roman"/>
        <w:b/>
        <w:noProof/>
      </w:rPr>
      <w:drawing>
        <wp:anchor distT="0" distB="0" distL="114300" distR="114300" simplePos="0" relativeHeight="251659264" behindDoc="1" locked="0" layoutInCell="1" allowOverlap="1" wp14:anchorId="77D1806A" wp14:editId="702F0F8B">
          <wp:simplePos x="0" y="0"/>
          <wp:positionH relativeFrom="column">
            <wp:posOffset>-2540</wp:posOffset>
          </wp:positionH>
          <wp:positionV relativeFrom="paragraph">
            <wp:posOffset>119380</wp:posOffset>
          </wp:positionV>
          <wp:extent cx="276225" cy="266065"/>
          <wp:effectExtent l="0" t="0" r="9525" b="635"/>
          <wp:wrapTight wrapText="bothSides">
            <wp:wrapPolygon edited="0">
              <wp:start x="0" y="0"/>
              <wp:lineTo x="0" y="20105"/>
              <wp:lineTo x="20855" y="20105"/>
              <wp:lineTo x="20855" y="0"/>
              <wp:lineTo x="0" y="0"/>
            </wp:wrapPolygon>
          </wp:wrapTight>
          <wp:docPr id="5" name="Рисунок 1" descr="без фона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без фона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6225" cy="266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b/>
        <w:color w:val="8B776B"/>
        <w:sz w:val="16"/>
      </w:rPr>
      <w:t xml:space="preserve">ДПК </w:t>
    </w:r>
    <w:proofErr w:type="gramStart"/>
    <w:r w:rsidR="00000000">
      <w:rPr>
        <w:b/>
        <w:color w:val="8B776B"/>
        <w:sz w:val="16"/>
      </w:rPr>
      <w:t>МЕРБАУ  |</w:t>
    </w:r>
    <w:proofErr w:type="gramEnd"/>
    <w:r w:rsidR="00000000">
      <w:rPr>
        <w:b/>
        <w:color w:val="8B776B"/>
        <w:sz w:val="16"/>
      </w:rPr>
      <w:t xml:space="preserve">  ПРАЙС-ЛИСТ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2A101C2"/>
    <w:multiLevelType w:val="multilevel"/>
    <w:tmpl w:val="5AB42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415618">
    <w:abstractNumId w:val="8"/>
  </w:num>
  <w:num w:numId="2" w16cid:durableId="1355962103">
    <w:abstractNumId w:val="6"/>
  </w:num>
  <w:num w:numId="3" w16cid:durableId="1718778759">
    <w:abstractNumId w:val="5"/>
  </w:num>
  <w:num w:numId="4" w16cid:durableId="1701321137">
    <w:abstractNumId w:val="4"/>
  </w:num>
  <w:num w:numId="5" w16cid:durableId="518155891">
    <w:abstractNumId w:val="7"/>
  </w:num>
  <w:num w:numId="6" w16cid:durableId="1706444220">
    <w:abstractNumId w:val="3"/>
  </w:num>
  <w:num w:numId="7" w16cid:durableId="1907107447">
    <w:abstractNumId w:val="2"/>
  </w:num>
  <w:num w:numId="8" w16cid:durableId="1767725000">
    <w:abstractNumId w:val="1"/>
  </w:num>
  <w:num w:numId="9" w16cid:durableId="1149204011">
    <w:abstractNumId w:val="0"/>
  </w:num>
  <w:num w:numId="10" w16cid:durableId="15054356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4809"/>
    <w:rsid w:val="0015074B"/>
    <w:rsid w:val="00192259"/>
    <w:rsid w:val="0029639D"/>
    <w:rsid w:val="00326F90"/>
    <w:rsid w:val="005959EB"/>
    <w:rsid w:val="00AA1D8D"/>
    <w:rsid w:val="00B47730"/>
    <w:rsid w:val="00CB0664"/>
    <w:rsid w:val="00F03D2B"/>
    <w:rsid w:val="00FA4C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D2BFBD"/>
  <w14:defaultImageDpi w14:val="300"/>
  <w15:docId w15:val="{BE300DE4-991B-4BC3-9AAD-ADE7FF01B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/>
    </w:pPr>
    <w:rPr>
      <w:rFonts w:ascii="Aptos" w:hAnsi="Aptos"/>
      <w:color w:val="292522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80"/>
      <w:outlineLvl w:val="0"/>
    </w:pPr>
    <w:rPr>
      <w:rFonts w:asciiTheme="majorHAnsi" w:eastAsiaTheme="majorEastAsia" w:hAnsiTheme="majorHAnsi" w:cstheme="majorBidi"/>
      <w:b/>
      <w:bCs/>
      <w:color w:val="4B3025"/>
      <w:sz w:val="3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B3025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4B3025"/>
      <w:spacing w:val="5"/>
      <w:kern w:val="28"/>
      <w:sz w:val="5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542</Words>
  <Characters>3095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Прайс-лист ДПК Мербау</vt:lpstr>
      <vt:lpstr/>
    </vt:vector>
  </TitlesOfParts>
  <Manager/>
  <Company/>
  <LinksUpToDate>false</LinksUpToDate>
  <CharactersWithSpaces>3630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Прайс-лист ДПК Мербау</dc:title>
  <dc:subject>Оформленный прайс-лист на продукцию ДПК Мербау</dc:subject>
  <dc:creator>python-docx</dc:creator>
  <cp:keywords/>
  <dc:description>generated by python-docx</dc:description>
  <cp:lastModifiedBy>Александра Золотых</cp:lastModifiedBy>
  <cp:revision>2</cp:revision>
  <dcterms:created xsi:type="dcterms:W3CDTF">2026-10-30T10:16:00Z</dcterms:created>
  <dcterms:modified xsi:type="dcterms:W3CDTF">2026-10-30T10:16:00Z</dcterms:modified>
  <cp:category/>
</cp:coreProperties>
</file>